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4E404" w14:textId="7F7FE039" w:rsidR="00874728" w:rsidRPr="00F04554" w:rsidRDefault="008F023B" w:rsidP="00874728">
      <w:pPr>
        <w:tabs>
          <w:tab w:val="center" w:pos="4680"/>
        </w:tabs>
        <w:spacing w:before="100" w:beforeAutospacing="1" w:after="100" w:afterAutospacing="1" w:line="360" w:lineRule="auto"/>
        <w:rPr>
          <w:rFonts w:ascii="Arial Narrow" w:eastAsia="Times New Roman" w:hAnsi="Arial Narrow" w:cs="Times New Roman"/>
          <w:b/>
          <w:bCs/>
          <w:lang w:eastAsia="de-DE"/>
        </w:rPr>
      </w:pPr>
      <w:r w:rsidRPr="00F04554">
        <w:rPr>
          <w:rFonts w:ascii="Arial Narrow" w:hAnsi="Arial Narrow"/>
          <w:noProof/>
        </w:rPr>
        <w:drawing>
          <wp:anchor distT="0" distB="0" distL="114300" distR="114300" simplePos="0" relativeHeight="251663360" behindDoc="0" locked="0" layoutInCell="1" allowOverlap="1" wp14:anchorId="642F5A98" wp14:editId="67C9E1EA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1381125" cy="851535"/>
            <wp:effectExtent l="0" t="0" r="9525" b="5715"/>
            <wp:wrapSquare wrapText="bothSides"/>
            <wp:docPr id="8" name="Picture 2" descr="A blue flag with yellow star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56C5BD87-FC61-4A87-B02A-C6146C389C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 descr="A blue flag with yellow stars&#10;&#10;AI-generated content may be incorrect.">
                      <a:extLst>
                        <a:ext uri="{FF2B5EF4-FFF2-40B4-BE49-F238E27FC236}">
                          <a16:creationId xmlns:a16="http://schemas.microsoft.com/office/drawing/2014/main" id="{56C5BD87-FC61-4A87-B02A-C6146C389CF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E0D" w:rsidRPr="00F04554">
        <w:rPr>
          <w:rFonts w:ascii="Arial Narrow" w:hAnsi="Arial Narrow"/>
          <w:noProof/>
        </w:rPr>
        <w:drawing>
          <wp:anchor distT="0" distB="0" distL="114300" distR="114300" simplePos="0" relativeHeight="251657216" behindDoc="0" locked="0" layoutInCell="1" allowOverlap="1" wp14:anchorId="4E14E82B" wp14:editId="66E0A0D3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1356360" cy="798830"/>
            <wp:effectExtent l="0" t="0" r="0" b="1270"/>
            <wp:wrapSquare wrapText="bothSides"/>
            <wp:docPr id="1861486056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486056" name="Picture 1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79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74728" w:rsidRPr="00F04554">
        <w:rPr>
          <w:rFonts w:ascii="Arial Narrow" w:eastAsia="Times New Roman" w:hAnsi="Arial Narrow" w:cs="Times New Roman"/>
          <w:b/>
          <w:bCs/>
          <w:lang w:eastAsia="de-DE"/>
        </w:rPr>
        <w:tab/>
      </w:r>
    </w:p>
    <w:p w14:paraId="394C17F0" w14:textId="2655571D" w:rsidR="00874728" w:rsidRPr="00F04554" w:rsidRDefault="00874728" w:rsidP="00874728">
      <w:pPr>
        <w:tabs>
          <w:tab w:val="center" w:pos="4680"/>
        </w:tabs>
        <w:spacing w:before="100" w:beforeAutospacing="1" w:after="100" w:afterAutospacing="1" w:line="360" w:lineRule="auto"/>
        <w:rPr>
          <w:rFonts w:ascii="Arial Narrow" w:eastAsia="Times New Roman" w:hAnsi="Arial Narrow" w:cs="Times New Roman"/>
          <w:b/>
          <w:bCs/>
          <w:lang w:eastAsia="de-DE"/>
        </w:rPr>
      </w:pPr>
    </w:p>
    <w:p w14:paraId="373F2BA8" w14:textId="77777777" w:rsidR="00874728" w:rsidRPr="00F04554" w:rsidRDefault="00874728" w:rsidP="00874728">
      <w:pPr>
        <w:tabs>
          <w:tab w:val="center" w:pos="4680"/>
        </w:tabs>
        <w:spacing w:before="100" w:beforeAutospacing="1" w:after="100" w:afterAutospacing="1" w:line="360" w:lineRule="auto"/>
        <w:jc w:val="center"/>
        <w:rPr>
          <w:rFonts w:ascii="Arial Narrow" w:eastAsia="Times New Roman" w:hAnsi="Arial Narrow" w:cs="Times New Roman"/>
          <w:b/>
          <w:bCs/>
          <w:sz w:val="28"/>
          <w:szCs w:val="28"/>
          <w:lang w:eastAsia="de-DE"/>
        </w:rPr>
      </w:pPr>
    </w:p>
    <w:p w14:paraId="0D7A91DE" w14:textId="3F461E8D" w:rsidR="00874728" w:rsidRPr="00F04554" w:rsidRDefault="00535B58" w:rsidP="00874728">
      <w:pPr>
        <w:tabs>
          <w:tab w:val="center" w:pos="4680"/>
        </w:tabs>
        <w:spacing w:before="100" w:beforeAutospacing="1" w:after="100" w:afterAutospacing="1" w:line="360" w:lineRule="auto"/>
        <w:jc w:val="center"/>
        <w:rPr>
          <w:rFonts w:ascii="Arial Narrow" w:eastAsia="Times New Roman" w:hAnsi="Arial Narrow" w:cs="Times New Roman"/>
          <w:b/>
          <w:bCs/>
          <w:color w:val="00B050"/>
          <w:sz w:val="28"/>
          <w:szCs w:val="28"/>
          <w:lang w:eastAsia="de-DE"/>
        </w:rPr>
      </w:pPr>
      <w:r w:rsidRPr="00F04554">
        <w:rPr>
          <w:rFonts w:ascii="Arial Narrow" w:eastAsia="Times New Roman" w:hAnsi="Arial Narrow" w:cs="Times New Roman"/>
          <w:b/>
          <w:bCs/>
          <w:color w:val="00B050"/>
          <w:sz w:val="28"/>
          <w:szCs w:val="28"/>
          <w:lang w:eastAsia="de-DE"/>
        </w:rPr>
        <w:t xml:space="preserve"> TOR FOR </w:t>
      </w:r>
      <w:r>
        <w:rPr>
          <w:rFonts w:ascii="Arial Narrow" w:eastAsia="Times New Roman" w:hAnsi="Arial Narrow" w:cs="Times New Roman"/>
          <w:b/>
          <w:bCs/>
          <w:color w:val="00B050"/>
          <w:sz w:val="28"/>
          <w:szCs w:val="28"/>
          <w:lang w:eastAsia="de-DE"/>
        </w:rPr>
        <w:t xml:space="preserve">PROSOPIS BASED </w:t>
      </w:r>
      <w:r w:rsidRPr="00F04554">
        <w:rPr>
          <w:rFonts w:ascii="Arial Narrow" w:eastAsia="Times New Roman" w:hAnsi="Arial Narrow" w:cs="Times New Roman"/>
          <w:b/>
          <w:bCs/>
          <w:color w:val="00B050"/>
          <w:sz w:val="28"/>
          <w:szCs w:val="28"/>
          <w:lang w:eastAsia="de-DE"/>
        </w:rPr>
        <w:t xml:space="preserve">ANIMAL FEED </w:t>
      </w:r>
      <w:r>
        <w:rPr>
          <w:rFonts w:ascii="Arial Narrow" w:eastAsia="Times New Roman" w:hAnsi="Arial Narrow" w:cs="Times New Roman"/>
          <w:b/>
          <w:bCs/>
          <w:color w:val="00B050"/>
          <w:sz w:val="28"/>
          <w:szCs w:val="28"/>
          <w:lang w:eastAsia="de-DE"/>
        </w:rPr>
        <w:t xml:space="preserve">MILLING SERVICES </w:t>
      </w:r>
      <w:r w:rsidRPr="00F04554">
        <w:rPr>
          <w:rFonts w:ascii="Arial Narrow" w:eastAsia="Times New Roman" w:hAnsi="Arial Narrow" w:cs="Times New Roman"/>
          <w:b/>
          <w:bCs/>
          <w:color w:val="00B050"/>
          <w:sz w:val="28"/>
          <w:szCs w:val="28"/>
          <w:lang w:eastAsia="de-DE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6"/>
        <w:gridCol w:w="6694"/>
      </w:tblGrid>
      <w:tr w:rsidR="00874728" w:rsidRPr="00F04554" w14:paraId="255E0AD2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AB037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Country: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1086FB29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ind w:left="0"/>
              <w:jc w:val="both"/>
              <w:rPr>
                <w:rFonts w:ascii="Arial Narrow" w:hAnsi="Arial Narrow" w:cs="Times New Roman"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sz w:val="22"/>
                <w:szCs w:val="22"/>
              </w:rPr>
              <w:t xml:space="preserve">Somaliland  </w:t>
            </w:r>
          </w:p>
        </w:tc>
      </w:tr>
      <w:tr w:rsidR="00874728" w:rsidRPr="00F04554" w14:paraId="25C901C9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1D33D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Project title: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43A1806F" w14:textId="77777777" w:rsidR="00874728" w:rsidRPr="00F04554" w:rsidRDefault="00874728" w:rsidP="004F687B">
            <w:pPr>
              <w:spacing w:after="0" w:line="360" w:lineRule="auto"/>
              <w:jc w:val="both"/>
              <w:rPr>
                <w:rFonts w:ascii="Arial Narrow" w:eastAsia="Times New Roman" w:hAnsi="Arial Narrow" w:cs="Times New Roman"/>
                <w:i/>
                <w:iCs/>
                <w:lang w:val="en-GB" w:eastAsia="en-GB"/>
              </w:rPr>
            </w:pPr>
            <w:r w:rsidRPr="00F04554">
              <w:rPr>
                <w:rFonts w:ascii="Arial Narrow" w:eastAsia="Times New Roman" w:hAnsi="Arial Narrow" w:cs="Times New Roman"/>
                <w:lang w:val="en-GB"/>
              </w:rPr>
              <w:t>Lot 3: Reforestation, afforestation &amp; land restoration in locations adjacent to Burao, Somaliland – SOM1068</w:t>
            </w:r>
          </w:p>
        </w:tc>
      </w:tr>
      <w:tr w:rsidR="00874728" w:rsidRPr="00F04554" w14:paraId="5E1477A0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63F3B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 xml:space="preserve">Project </w:t>
            </w:r>
            <w:proofErr w:type="spellStart"/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no</w:t>
            </w:r>
            <w:proofErr w:type="spellEnd"/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26C491A7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ind w:left="0"/>
              <w:jc w:val="both"/>
              <w:rPr>
                <w:rFonts w:ascii="Arial Narrow" w:hAnsi="Arial Narrow" w:cs="Times New Roman"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sz w:val="22"/>
                <w:szCs w:val="22"/>
              </w:rPr>
              <w:t>SOM 1068</w:t>
            </w:r>
          </w:p>
        </w:tc>
      </w:tr>
      <w:tr w:rsidR="00874728" w:rsidRPr="00F04554" w14:paraId="323C13EF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E2BA9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Project holder: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361DD9DF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ind w:left="0"/>
              <w:jc w:val="both"/>
              <w:rPr>
                <w:rFonts w:ascii="Arial Narrow" w:hAnsi="Arial Narrow" w:cs="Times New Roman"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sz w:val="22"/>
                <w:szCs w:val="22"/>
              </w:rPr>
              <w:t xml:space="preserve"> Welthungerhilfe</w:t>
            </w:r>
          </w:p>
        </w:tc>
      </w:tr>
      <w:tr w:rsidR="00874728" w:rsidRPr="00F04554" w14:paraId="47AD4CD7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D57C15" w14:textId="75A03DD2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Co-</w:t>
            </w:r>
            <w:r w:rsidR="00E271DC"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Finance</w:t>
            </w: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 xml:space="preserve"> (Line):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2A061DAD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ind w:left="0"/>
              <w:jc w:val="both"/>
              <w:rPr>
                <w:rFonts w:ascii="Arial Narrow" w:hAnsi="Arial Narrow" w:cs="Times New Roman"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sz w:val="22"/>
                <w:szCs w:val="22"/>
              </w:rPr>
              <w:t xml:space="preserve">European Union </w:t>
            </w:r>
          </w:p>
        </w:tc>
      </w:tr>
      <w:tr w:rsidR="00874728" w:rsidRPr="00F04554" w14:paraId="138D6256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9A986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 xml:space="preserve">Project </w:t>
            </w:r>
            <w:proofErr w:type="spellStart"/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period</w:t>
            </w:r>
            <w:proofErr w:type="spellEnd"/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16995638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ind w:left="0"/>
              <w:jc w:val="both"/>
              <w:rPr>
                <w:rFonts w:ascii="Arial Narrow" w:hAnsi="Arial Narrow" w:cs="Times New Roman"/>
                <w:sz w:val="22"/>
                <w:szCs w:val="22"/>
                <w:lang w:val="en-US"/>
              </w:rPr>
            </w:pPr>
            <w:r w:rsidRPr="00F04554">
              <w:rPr>
                <w:rFonts w:ascii="Arial Narrow" w:hAnsi="Arial Narrow" w:cs="Times New Roman"/>
                <w:sz w:val="22"/>
                <w:szCs w:val="22"/>
                <w:lang w:val="en-US"/>
              </w:rPr>
              <w:t>18.11.2023- 17.05.2026</w:t>
            </w:r>
          </w:p>
        </w:tc>
      </w:tr>
      <w:tr w:rsidR="00874728" w:rsidRPr="00F04554" w14:paraId="5DDA4A90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2355D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Location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19C60C80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ind w:left="0"/>
              <w:jc w:val="both"/>
              <w:rPr>
                <w:rFonts w:ascii="Arial Narrow" w:hAnsi="Arial Narrow" w:cs="Times New Roman"/>
                <w:sz w:val="22"/>
                <w:szCs w:val="22"/>
                <w:lang w:val="en-US"/>
              </w:rPr>
            </w:pPr>
            <w:r w:rsidRPr="00F04554">
              <w:rPr>
                <w:rFonts w:ascii="Arial Narrow" w:hAnsi="Arial Narrow" w:cs="Times New Roman"/>
                <w:sz w:val="22"/>
                <w:szCs w:val="22"/>
                <w:lang w:val="en-US"/>
              </w:rPr>
              <w:t xml:space="preserve">Burao, Somaliland </w:t>
            </w:r>
          </w:p>
        </w:tc>
      </w:tr>
      <w:tr w:rsidR="00874728" w:rsidRPr="00F04554" w14:paraId="22FE638D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B5BC5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 xml:space="preserve">Outcome 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23AC45CC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ind w:left="0"/>
              <w:jc w:val="both"/>
              <w:rPr>
                <w:rFonts w:ascii="Arial Narrow" w:hAnsi="Arial Narrow" w:cs="Times New Roman"/>
                <w:lang w:val="en-US"/>
              </w:rPr>
            </w:pPr>
            <w:r w:rsidRPr="00F04554">
              <w:rPr>
                <w:rStyle w:val="normaltextrun"/>
                <w:rFonts w:ascii="Arial Narrow" w:hAnsi="Arial Narrow"/>
                <w:u w:val="single"/>
                <w:lang w:val="en-US"/>
              </w:rPr>
              <w:t>Outcome 2:</w:t>
            </w:r>
            <w:r w:rsidRPr="00F04554">
              <w:rPr>
                <w:rStyle w:val="normaltextrun"/>
                <w:rFonts w:ascii="Arial Narrow" w:hAnsi="Arial Narrow"/>
                <w:lang w:val="en-US"/>
              </w:rPr>
              <w:t xml:space="preserve">  </w:t>
            </w:r>
            <w:r w:rsidRPr="00F04554">
              <w:rPr>
                <w:rFonts w:ascii="Arial Narrow" w:hAnsi="Arial Narrow"/>
                <w:lang w:val="en-US"/>
              </w:rPr>
              <w:t xml:space="preserve">Targeted vulnerable Somali communities apply climate smart </w:t>
            </w:r>
            <w:proofErr w:type="spellStart"/>
            <w:r w:rsidRPr="00F04554">
              <w:rPr>
                <w:rFonts w:ascii="Arial Narrow" w:hAnsi="Arial Narrow"/>
                <w:lang w:val="en-US"/>
              </w:rPr>
              <w:t>agro</w:t>
            </w:r>
            <w:proofErr w:type="spellEnd"/>
            <w:r w:rsidRPr="00F04554">
              <w:rPr>
                <w:rFonts w:ascii="Arial Narrow" w:hAnsi="Arial Narrow"/>
                <w:lang w:val="en-US"/>
              </w:rPr>
              <w:t>-pastoral and pastoral production and water supply practices.</w:t>
            </w:r>
          </w:p>
        </w:tc>
      </w:tr>
      <w:tr w:rsidR="00874728" w:rsidRPr="00F04554" w14:paraId="58FE4F9B" w14:textId="77777777" w:rsidTr="008B727A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DD3CB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 xml:space="preserve">Output 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22F2D5BC" w14:textId="77777777" w:rsidR="00874728" w:rsidRPr="00F04554" w:rsidRDefault="00874728" w:rsidP="004F687B">
            <w:pPr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F04554">
              <w:rPr>
                <w:rFonts w:ascii="Arial Narrow" w:hAnsi="Arial Narrow" w:cs="Arial"/>
                <w:sz w:val="24"/>
                <w:szCs w:val="24"/>
              </w:rPr>
              <w:t>6.7 Output 2.3 related to Outcome 2: Increased control and use of invasive species for environmental protection and income generation.</w:t>
            </w:r>
          </w:p>
        </w:tc>
      </w:tr>
      <w:tr w:rsidR="00874728" w:rsidRPr="00F04554" w14:paraId="6DF7379D" w14:textId="77777777" w:rsidTr="008F023B">
        <w:trPr>
          <w:trHeight w:val="338"/>
        </w:trPr>
        <w:tc>
          <w:tcPr>
            <w:tcW w:w="11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0E3FF" w14:textId="77777777" w:rsidR="00874728" w:rsidRPr="00F04554" w:rsidRDefault="00874728" w:rsidP="004F687B">
            <w:pPr>
              <w:pStyle w:val="TableParagraph"/>
              <w:kinsoku w:val="0"/>
              <w:overflowPunct w:val="0"/>
              <w:spacing w:before="0" w:after="0" w:line="360" w:lineRule="auto"/>
              <w:jc w:val="both"/>
              <w:rPr>
                <w:rFonts w:ascii="Arial Narrow" w:hAnsi="Arial Narrow" w:cs="Times New Roman"/>
                <w:b/>
                <w:bCs/>
                <w:sz w:val="22"/>
                <w:szCs w:val="22"/>
              </w:rPr>
            </w:pPr>
            <w:proofErr w:type="spellStart"/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>Activity</w:t>
            </w:r>
            <w:proofErr w:type="spellEnd"/>
            <w:r w:rsidRPr="00F04554">
              <w:rPr>
                <w:rFonts w:ascii="Arial Narrow" w:hAnsi="Arial Narrow" w:cs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8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</w:tcPr>
          <w:p w14:paraId="67777CAF" w14:textId="105C8644" w:rsidR="00874728" w:rsidRPr="00F04554" w:rsidRDefault="00874728" w:rsidP="004F687B">
            <w:pPr>
              <w:spacing w:before="120" w:after="0" w:line="360" w:lineRule="auto"/>
              <w:jc w:val="both"/>
              <w:rPr>
                <w:rFonts w:ascii="Arial Narrow" w:eastAsia="Times New Roman" w:hAnsi="Arial Narrow" w:cs="Times New Roman"/>
                <w:lang w:eastAsia="de-DE"/>
              </w:rPr>
            </w:pPr>
            <w:r w:rsidRPr="00F04554">
              <w:rPr>
                <w:rFonts w:ascii="Arial Narrow" w:eastAsia="Times New Roman" w:hAnsi="Arial Narrow" w:cs="Times New Roman"/>
                <w:lang w:eastAsia="de-DE"/>
              </w:rPr>
              <w:t xml:space="preserve"> </w:t>
            </w:r>
            <w:r w:rsidR="00AD3994">
              <w:rPr>
                <w:rFonts w:ascii="Arial Narrow" w:eastAsia="Times New Roman" w:hAnsi="Arial Narrow" w:cs="Times New Roman"/>
                <w:lang w:eastAsia="de-DE"/>
              </w:rPr>
              <w:t xml:space="preserve">Prosopis </w:t>
            </w:r>
            <w:r w:rsidR="00602829" w:rsidRPr="00F04554">
              <w:rPr>
                <w:rFonts w:ascii="Arial Narrow" w:eastAsia="Times New Roman" w:hAnsi="Arial Narrow" w:cs="Times New Roman"/>
                <w:lang w:eastAsia="de-DE"/>
              </w:rPr>
              <w:t xml:space="preserve">Animal feed </w:t>
            </w:r>
            <w:r w:rsidR="00AD3994">
              <w:rPr>
                <w:rFonts w:ascii="Arial Narrow" w:eastAsia="Times New Roman" w:hAnsi="Arial Narrow" w:cs="Times New Roman"/>
                <w:lang w:eastAsia="de-DE"/>
              </w:rPr>
              <w:t>P</w:t>
            </w:r>
            <w:r w:rsidR="00602829" w:rsidRPr="00F04554">
              <w:rPr>
                <w:rFonts w:ascii="Arial Narrow" w:eastAsia="Times New Roman" w:hAnsi="Arial Narrow" w:cs="Times New Roman"/>
                <w:lang w:eastAsia="de-DE"/>
              </w:rPr>
              <w:t xml:space="preserve">roduction </w:t>
            </w:r>
          </w:p>
        </w:tc>
      </w:tr>
    </w:tbl>
    <w:p w14:paraId="7135861D" w14:textId="1B153032" w:rsidR="003F7C47" w:rsidRPr="00F04554" w:rsidRDefault="00410254">
      <w:pPr>
        <w:pStyle w:val="Heading2"/>
        <w:rPr>
          <w:rFonts w:ascii="Arial Narrow" w:hAnsi="Arial Narrow"/>
          <w:color w:val="00B050"/>
        </w:rPr>
      </w:pPr>
      <w:r w:rsidRPr="00F04554">
        <w:rPr>
          <w:rFonts w:ascii="Arial Narrow" w:eastAsia="Times New Roman" w:hAnsi="Arial Narrow" w:cs="Times New Roman"/>
          <w:color w:val="00B050"/>
          <w:lang w:eastAsia="de-DE"/>
        </w:rPr>
        <w:t xml:space="preserve">1. ACTIVITY DESCRIPTION </w:t>
      </w:r>
    </w:p>
    <w:p w14:paraId="2D66F043" w14:textId="4F4B1924" w:rsidR="003F7C47" w:rsidRPr="0059640B" w:rsidRDefault="00C34351" w:rsidP="002D573B">
      <w:pPr>
        <w:jc w:val="both"/>
        <w:rPr>
          <w:rFonts w:ascii="Arial Narrow" w:hAnsi="Arial Narrow"/>
        </w:rPr>
      </w:pPr>
      <w:r w:rsidRPr="0059640B">
        <w:rPr>
          <w:rFonts w:ascii="Arial Narrow" w:hAnsi="Arial Narrow"/>
        </w:rPr>
        <w:t xml:space="preserve">Prosopis </w:t>
      </w:r>
      <w:proofErr w:type="spellStart"/>
      <w:r w:rsidRPr="0059640B">
        <w:rPr>
          <w:rFonts w:ascii="Arial Narrow" w:hAnsi="Arial Narrow"/>
        </w:rPr>
        <w:t>juliflora</w:t>
      </w:r>
      <w:proofErr w:type="spellEnd"/>
      <w:r w:rsidRPr="0059640B">
        <w:rPr>
          <w:rFonts w:ascii="Arial Narrow" w:hAnsi="Arial Narrow"/>
        </w:rPr>
        <w:t xml:space="preserve">, though invasive, offers potential economic opportunities when its pods are utilized for livestock feed. In </w:t>
      </w:r>
      <w:proofErr w:type="spellStart"/>
      <w:r w:rsidRPr="0059640B">
        <w:rPr>
          <w:rFonts w:ascii="Arial Narrow" w:hAnsi="Arial Narrow"/>
        </w:rPr>
        <w:t>Togdheer</w:t>
      </w:r>
      <w:proofErr w:type="spellEnd"/>
      <w:r w:rsidRPr="0059640B">
        <w:rPr>
          <w:rFonts w:ascii="Arial Narrow" w:hAnsi="Arial Narrow"/>
        </w:rPr>
        <w:t>, animal feed shortages are a persistent challenge</w:t>
      </w:r>
      <w:r w:rsidR="002933D6">
        <w:rPr>
          <w:rFonts w:ascii="Arial Narrow" w:hAnsi="Arial Narrow"/>
        </w:rPr>
        <w:t xml:space="preserve"> specially this </w:t>
      </w:r>
      <w:r w:rsidR="0041278C">
        <w:rPr>
          <w:rFonts w:ascii="Arial Narrow" w:hAnsi="Arial Narrow"/>
        </w:rPr>
        <w:t xml:space="preserve">year </w:t>
      </w:r>
      <w:proofErr w:type="gramStart"/>
      <w:r w:rsidR="0041278C">
        <w:rPr>
          <w:rFonts w:ascii="Arial Narrow" w:hAnsi="Arial Narrow"/>
        </w:rPr>
        <w:t>where</w:t>
      </w:r>
      <w:r w:rsidR="002933D6">
        <w:rPr>
          <w:rFonts w:ascii="Arial Narrow" w:hAnsi="Arial Narrow"/>
        </w:rPr>
        <w:t xml:space="preserve"> </w:t>
      </w:r>
      <w:r w:rsidR="00AC6435">
        <w:rPr>
          <w:rFonts w:ascii="Arial Narrow" w:hAnsi="Arial Narrow"/>
        </w:rPr>
        <w:t xml:space="preserve"> the</w:t>
      </w:r>
      <w:proofErr w:type="gramEnd"/>
      <w:r w:rsidR="00AC6435">
        <w:rPr>
          <w:rFonts w:ascii="Arial Narrow" w:hAnsi="Arial Narrow"/>
        </w:rPr>
        <w:t xml:space="preserve"> seasonal rain was</w:t>
      </w:r>
      <w:r w:rsidR="002933D6">
        <w:rPr>
          <w:rFonts w:ascii="Arial Narrow" w:hAnsi="Arial Narrow"/>
        </w:rPr>
        <w:t xml:space="preserve"> </w:t>
      </w:r>
      <w:r w:rsidR="00F87406">
        <w:rPr>
          <w:rFonts w:ascii="Arial Narrow" w:hAnsi="Arial Narrow"/>
        </w:rPr>
        <w:t>very short</w:t>
      </w:r>
      <w:r w:rsidRPr="0059640B">
        <w:rPr>
          <w:rFonts w:ascii="Arial Narrow" w:hAnsi="Arial Narrow"/>
        </w:rPr>
        <w:t>. This activity aims to transform Prosopis pods into affordable, sustainable livestock feed while enhancing community livelihoods and promoting environmental management.</w:t>
      </w:r>
    </w:p>
    <w:p w14:paraId="611BF934" w14:textId="397A8516" w:rsidR="003F7C47" w:rsidRPr="00F04554" w:rsidRDefault="00C34351">
      <w:pPr>
        <w:pStyle w:val="Heading2"/>
        <w:rPr>
          <w:rFonts w:ascii="Arial Narrow" w:hAnsi="Arial Narrow"/>
          <w:color w:val="00B050"/>
        </w:rPr>
      </w:pPr>
      <w:r w:rsidRPr="00F04554">
        <w:rPr>
          <w:rFonts w:ascii="Arial Narrow" w:hAnsi="Arial Narrow"/>
          <w:color w:val="00B050"/>
        </w:rPr>
        <w:t xml:space="preserve">2. </w:t>
      </w:r>
      <w:r w:rsidR="00F03DFD" w:rsidRPr="00F04554">
        <w:rPr>
          <w:rFonts w:ascii="Arial Narrow" w:hAnsi="Arial Narrow"/>
          <w:color w:val="00B050"/>
        </w:rPr>
        <w:t xml:space="preserve">ACTIVITY PARPOSE </w:t>
      </w:r>
    </w:p>
    <w:p w14:paraId="71298F4B" w14:textId="77777777" w:rsidR="009A458C" w:rsidRDefault="00C34351" w:rsidP="009A458C">
      <w:pPr>
        <w:rPr>
          <w:rFonts w:ascii="Arial Narrow" w:hAnsi="Arial Narrow"/>
        </w:rPr>
      </w:pPr>
      <w:r w:rsidRPr="00F04554">
        <w:rPr>
          <w:rFonts w:ascii="Arial Narrow" w:hAnsi="Arial Narrow"/>
        </w:rPr>
        <w:t xml:space="preserve">Overall Objective: </w:t>
      </w:r>
      <w:r w:rsidR="00E209BC">
        <w:rPr>
          <w:rFonts w:ascii="Arial Narrow" w:hAnsi="Arial Narrow"/>
        </w:rPr>
        <w:t xml:space="preserve">Provide </w:t>
      </w:r>
      <w:proofErr w:type="spellStart"/>
      <w:r w:rsidR="00E209BC">
        <w:rPr>
          <w:rFonts w:ascii="Arial Narrow" w:hAnsi="Arial Narrow"/>
        </w:rPr>
        <w:t>prosopis</w:t>
      </w:r>
      <w:proofErr w:type="spellEnd"/>
      <w:r w:rsidR="00E209BC">
        <w:rPr>
          <w:rFonts w:ascii="Arial Narrow" w:hAnsi="Arial Narrow"/>
        </w:rPr>
        <w:t xml:space="preserve"> pod milling </w:t>
      </w:r>
      <w:r w:rsidR="00203FE7">
        <w:rPr>
          <w:rFonts w:ascii="Arial Narrow" w:hAnsi="Arial Narrow"/>
        </w:rPr>
        <w:t>services with</w:t>
      </w:r>
      <w:r w:rsidR="008E2033">
        <w:rPr>
          <w:rFonts w:ascii="Arial Narrow" w:hAnsi="Arial Narrow"/>
        </w:rPr>
        <w:t xml:space="preserve"> the right machines and capacity of milling.</w:t>
      </w:r>
    </w:p>
    <w:p w14:paraId="4076F13D" w14:textId="5B661FA1" w:rsidR="009A458C" w:rsidRDefault="00C34351" w:rsidP="009A458C">
      <w:pPr>
        <w:rPr>
          <w:rFonts w:ascii="Arial Narrow" w:hAnsi="Arial Narrow"/>
        </w:rPr>
      </w:pPr>
      <w:r w:rsidRPr="00F01683">
        <w:rPr>
          <w:rFonts w:ascii="Arial Narrow" w:hAnsi="Arial Narrow"/>
        </w:rPr>
        <w:t>Specific Objectives:</w:t>
      </w:r>
    </w:p>
    <w:p w14:paraId="33370CA9" w14:textId="77777777" w:rsidR="009A458C" w:rsidRDefault="00C34351" w:rsidP="009A458C">
      <w:pPr>
        <w:pStyle w:val="ListParagraph"/>
        <w:numPr>
          <w:ilvl w:val="1"/>
          <w:numId w:val="17"/>
        </w:numPr>
        <w:rPr>
          <w:rFonts w:ascii="Arial Narrow" w:hAnsi="Arial Narrow"/>
        </w:rPr>
      </w:pPr>
      <w:r w:rsidRPr="009A458C">
        <w:rPr>
          <w:rFonts w:ascii="Arial Narrow" w:hAnsi="Arial Narrow"/>
        </w:rPr>
        <w:t xml:space="preserve">Produce balanced livestock feed by milling and mixing pods with </w:t>
      </w:r>
      <w:r w:rsidR="003647AB" w:rsidRPr="009A458C">
        <w:rPr>
          <w:rFonts w:ascii="Arial Narrow" w:hAnsi="Arial Narrow"/>
        </w:rPr>
        <w:t>local available hay</w:t>
      </w:r>
      <w:r w:rsidRPr="009A458C">
        <w:rPr>
          <w:rFonts w:ascii="Arial Narrow" w:hAnsi="Arial Narrow"/>
        </w:rPr>
        <w:t>.</w:t>
      </w:r>
    </w:p>
    <w:p w14:paraId="5216C780" w14:textId="463D2812" w:rsidR="003F7C47" w:rsidRPr="009A458C" w:rsidRDefault="00AD7D53" w:rsidP="009A458C">
      <w:pPr>
        <w:pStyle w:val="ListParagraph"/>
        <w:numPr>
          <w:ilvl w:val="1"/>
          <w:numId w:val="17"/>
        </w:numPr>
        <w:rPr>
          <w:rFonts w:ascii="Arial Narrow" w:hAnsi="Arial Narrow"/>
        </w:rPr>
      </w:pPr>
      <w:r w:rsidRPr="009A458C">
        <w:rPr>
          <w:rFonts w:ascii="Arial Narrow" w:hAnsi="Arial Narrow"/>
        </w:rPr>
        <w:t xml:space="preserve">Documentation of </w:t>
      </w:r>
      <w:r w:rsidR="00F01683" w:rsidRPr="009A458C">
        <w:rPr>
          <w:rFonts w:ascii="Arial Narrow" w:hAnsi="Arial Narrow"/>
        </w:rPr>
        <w:t xml:space="preserve">pod sack and recording the quantities, label with names of collectors and </w:t>
      </w:r>
      <w:proofErr w:type="spellStart"/>
      <w:r w:rsidR="00F01683" w:rsidRPr="009A458C">
        <w:rPr>
          <w:rFonts w:ascii="Arial Narrow" w:hAnsi="Arial Narrow"/>
        </w:rPr>
        <w:t>e.t.c</w:t>
      </w:r>
      <w:proofErr w:type="spellEnd"/>
      <w:r w:rsidR="00C34351" w:rsidRPr="009A458C">
        <w:rPr>
          <w:rFonts w:ascii="Arial Narrow" w:hAnsi="Arial Narrow"/>
        </w:rPr>
        <w:br/>
      </w:r>
    </w:p>
    <w:p w14:paraId="4EF06D6A" w14:textId="5CC41015" w:rsidR="003F7C47" w:rsidRPr="00F04554" w:rsidRDefault="00410254">
      <w:pPr>
        <w:pStyle w:val="Heading2"/>
        <w:rPr>
          <w:rFonts w:ascii="Arial Narrow" w:hAnsi="Arial Narrow"/>
          <w:color w:val="00B050"/>
        </w:rPr>
      </w:pPr>
      <w:r w:rsidRPr="00F04554">
        <w:rPr>
          <w:rFonts w:ascii="Arial Narrow" w:hAnsi="Arial Narrow"/>
          <w:color w:val="00B050"/>
        </w:rPr>
        <w:lastRenderedPageBreak/>
        <w:t>3. SCOPE OF WORK</w:t>
      </w:r>
    </w:p>
    <w:p w14:paraId="6494E14E" w14:textId="77777777" w:rsidR="00595983" w:rsidRPr="004A2E7B" w:rsidRDefault="00C34351" w:rsidP="004A2E7B">
      <w:pPr>
        <w:rPr>
          <w:rFonts w:ascii="Arial Narrow" w:hAnsi="Arial Narrow"/>
        </w:rPr>
      </w:pPr>
      <w:r w:rsidRPr="004A2E7B">
        <w:rPr>
          <w:rFonts w:ascii="Arial Narrow" w:hAnsi="Arial Narrow"/>
        </w:rPr>
        <w:t>Key activities include:</w:t>
      </w:r>
    </w:p>
    <w:p w14:paraId="443E7E07" w14:textId="638FFECC" w:rsidR="00595983" w:rsidRPr="00F04554" w:rsidRDefault="004A0B23" w:rsidP="00595983">
      <w:pPr>
        <w:pStyle w:val="ListParagraph"/>
        <w:numPr>
          <w:ilvl w:val="0"/>
          <w:numId w:val="10"/>
        </w:numPr>
        <w:rPr>
          <w:rFonts w:ascii="Arial Narrow" w:hAnsi="Arial Narrow"/>
        </w:rPr>
      </w:pPr>
      <w:r w:rsidRPr="00F04554">
        <w:rPr>
          <w:rFonts w:ascii="Arial Narrow" w:hAnsi="Arial Narrow"/>
        </w:rPr>
        <w:t>Mill</w:t>
      </w:r>
      <w:r>
        <w:rPr>
          <w:rFonts w:ascii="Arial Narrow" w:hAnsi="Arial Narrow"/>
        </w:rPr>
        <w:t>ing collected</w:t>
      </w:r>
      <w:r w:rsidR="009D49A9">
        <w:rPr>
          <w:rFonts w:ascii="Arial Narrow" w:hAnsi="Arial Narrow"/>
        </w:rPr>
        <w:t xml:space="preserve"> pods </w:t>
      </w:r>
      <w:r w:rsidR="00C34351" w:rsidRPr="00F04554">
        <w:rPr>
          <w:rFonts w:ascii="Arial Narrow" w:hAnsi="Arial Narrow"/>
        </w:rPr>
        <w:t xml:space="preserve">and </w:t>
      </w:r>
      <w:r w:rsidR="009A458C" w:rsidRPr="00F04554">
        <w:rPr>
          <w:rFonts w:ascii="Arial Narrow" w:hAnsi="Arial Narrow"/>
        </w:rPr>
        <w:t>mix</w:t>
      </w:r>
      <w:r w:rsidR="009A458C">
        <w:rPr>
          <w:rFonts w:ascii="Arial Narrow" w:hAnsi="Arial Narrow"/>
        </w:rPr>
        <w:t xml:space="preserve">ing </w:t>
      </w:r>
      <w:r w:rsidR="009A458C" w:rsidRPr="00F04554">
        <w:rPr>
          <w:rFonts w:ascii="Arial Narrow" w:hAnsi="Arial Narrow"/>
        </w:rPr>
        <w:t>with</w:t>
      </w:r>
      <w:r w:rsidR="00C34351" w:rsidRPr="00F04554">
        <w:rPr>
          <w:rFonts w:ascii="Arial Narrow" w:hAnsi="Arial Narrow"/>
        </w:rPr>
        <w:t xml:space="preserve"> </w:t>
      </w:r>
      <w:r w:rsidR="009A458C">
        <w:rPr>
          <w:rFonts w:ascii="Arial Narrow" w:hAnsi="Arial Narrow"/>
        </w:rPr>
        <w:t xml:space="preserve">local </w:t>
      </w:r>
      <w:r w:rsidR="00C34351" w:rsidRPr="00F04554">
        <w:rPr>
          <w:rFonts w:ascii="Arial Narrow" w:hAnsi="Arial Narrow"/>
        </w:rPr>
        <w:t xml:space="preserve">hay </w:t>
      </w:r>
    </w:p>
    <w:p w14:paraId="24C1DB5A" w14:textId="3F9A4CBA" w:rsidR="00595983" w:rsidRPr="00AD7D53" w:rsidRDefault="00C34351" w:rsidP="00AD7D53">
      <w:pPr>
        <w:pStyle w:val="ListParagraph"/>
        <w:numPr>
          <w:ilvl w:val="0"/>
          <w:numId w:val="10"/>
        </w:numPr>
        <w:rPr>
          <w:rFonts w:ascii="Arial Narrow" w:hAnsi="Arial Narrow"/>
        </w:rPr>
      </w:pPr>
      <w:r w:rsidRPr="00F04554">
        <w:rPr>
          <w:rFonts w:ascii="Arial Narrow" w:hAnsi="Arial Narrow"/>
        </w:rPr>
        <w:t>Packaging and labeling</w:t>
      </w:r>
      <w:r w:rsidR="004A0B23">
        <w:rPr>
          <w:rFonts w:ascii="Arial Narrow" w:hAnsi="Arial Narrow"/>
        </w:rPr>
        <w:t xml:space="preserve"> the sacks </w:t>
      </w:r>
      <w:r w:rsidR="00C05C33">
        <w:rPr>
          <w:rFonts w:ascii="Arial Narrow" w:hAnsi="Arial Narrow"/>
        </w:rPr>
        <w:t>(sacks</w:t>
      </w:r>
      <w:r w:rsidR="004A0B23">
        <w:rPr>
          <w:rFonts w:ascii="Arial Narrow" w:hAnsi="Arial Narrow"/>
        </w:rPr>
        <w:t xml:space="preserve"> should be </w:t>
      </w:r>
      <w:r w:rsidR="00C05C33">
        <w:rPr>
          <w:rFonts w:ascii="Arial Narrow" w:hAnsi="Arial Narrow"/>
        </w:rPr>
        <w:t>labeled</w:t>
      </w:r>
      <w:r w:rsidR="009A458C">
        <w:rPr>
          <w:rFonts w:ascii="Arial Narrow" w:hAnsi="Arial Narrow"/>
        </w:rPr>
        <w:t xml:space="preserve"> with the</w:t>
      </w:r>
      <w:r w:rsidR="004A0B23">
        <w:rPr>
          <w:rFonts w:ascii="Arial Narrow" w:hAnsi="Arial Narrow"/>
        </w:rPr>
        <w:t xml:space="preserve"> phone number and the name of the </w:t>
      </w:r>
      <w:r w:rsidR="00C05C33">
        <w:rPr>
          <w:rFonts w:ascii="Arial Narrow" w:hAnsi="Arial Narrow"/>
        </w:rPr>
        <w:t>collector</w:t>
      </w:r>
      <w:r w:rsidR="004A0B23">
        <w:rPr>
          <w:rFonts w:ascii="Arial Narrow" w:hAnsi="Arial Narrow"/>
        </w:rPr>
        <w:t xml:space="preserve"> for easy identification</w:t>
      </w:r>
      <w:r w:rsidR="00C05C33">
        <w:rPr>
          <w:rFonts w:ascii="Arial Narrow" w:hAnsi="Arial Narrow"/>
        </w:rPr>
        <w:t>)</w:t>
      </w:r>
    </w:p>
    <w:p w14:paraId="78A25545" w14:textId="2E10CA68" w:rsidR="003F7C47" w:rsidRPr="00F04554" w:rsidRDefault="00C34351" w:rsidP="00595983">
      <w:pPr>
        <w:pStyle w:val="ListParagraph"/>
        <w:numPr>
          <w:ilvl w:val="0"/>
          <w:numId w:val="10"/>
        </w:numPr>
        <w:rPr>
          <w:rFonts w:ascii="Arial Narrow" w:hAnsi="Arial Narrow"/>
        </w:rPr>
      </w:pPr>
      <w:r w:rsidRPr="00F04554">
        <w:rPr>
          <w:rFonts w:ascii="Arial Narrow" w:hAnsi="Arial Narrow"/>
        </w:rPr>
        <w:t>Monitoring and documentation</w:t>
      </w:r>
      <w:r w:rsidR="00BF6D84">
        <w:rPr>
          <w:rFonts w:ascii="Arial Narrow" w:hAnsi="Arial Narrow"/>
        </w:rPr>
        <w:t xml:space="preserve"> of the whole </w:t>
      </w:r>
      <w:r w:rsidR="00203FE7">
        <w:rPr>
          <w:rFonts w:ascii="Arial Narrow" w:hAnsi="Arial Narrow"/>
        </w:rPr>
        <w:t>process (monitoring</w:t>
      </w:r>
      <w:r w:rsidR="00BF6D84">
        <w:rPr>
          <w:rFonts w:ascii="Arial Narrow" w:hAnsi="Arial Narrow"/>
        </w:rPr>
        <w:t xml:space="preserve"> feed quality, documentation of processed </w:t>
      </w:r>
      <w:r w:rsidR="00D763BB">
        <w:rPr>
          <w:rFonts w:ascii="Arial Narrow" w:hAnsi="Arial Narrow"/>
        </w:rPr>
        <w:t>quantities</w:t>
      </w:r>
      <w:r w:rsidR="005164A2">
        <w:rPr>
          <w:rFonts w:ascii="Arial Narrow" w:hAnsi="Arial Narrow"/>
        </w:rPr>
        <w:t xml:space="preserve">, recording the names of the </w:t>
      </w:r>
      <w:r w:rsidR="00D763BB">
        <w:rPr>
          <w:rFonts w:ascii="Arial Narrow" w:hAnsi="Arial Narrow"/>
        </w:rPr>
        <w:t>collectors</w:t>
      </w:r>
      <w:r w:rsidR="005164A2">
        <w:rPr>
          <w:rFonts w:ascii="Arial Narrow" w:hAnsi="Arial Narrow"/>
        </w:rPr>
        <w:t xml:space="preserve"> and </w:t>
      </w:r>
      <w:r w:rsidR="00D763BB">
        <w:rPr>
          <w:rFonts w:ascii="Arial Narrow" w:hAnsi="Arial Narrow"/>
        </w:rPr>
        <w:t>quantities</w:t>
      </w:r>
      <w:r w:rsidR="005164A2">
        <w:rPr>
          <w:rFonts w:ascii="Arial Narrow" w:hAnsi="Arial Narrow"/>
        </w:rPr>
        <w:t xml:space="preserve"> </w:t>
      </w:r>
      <w:r w:rsidR="009A458C">
        <w:rPr>
          <w:rFonts w:ascii="Arial Narrow" w:hAnsi="Arial Narrow"/>
        </w:rPr>
        <w:t>submitted</w:t>
      </w:r>
      <w:r w:rsidR="005164A2">
        <w:rPr>
          <w:rFonts w:ascii="Arial Narrow" w:hAnsi="Arial Narrow"/>
        </w:rPr>
        <w:t xml:space="preserve"> each week</w:t>
      </w:r>
      <w:r w:rsidR="00D763BB">
        <w:rPr>
          <w:rFonts w:ascii="Arial Narrow" w:hAnsi="Arial Narrow"/>
        </w:rPr>
        <w:t>)</w:t>
      </w:r>
    </w:p>
    <w:p w14:paraId="06AE2923" w14:textId="366E1E31" w:rsidR="003F7C47" w:rsidRPr="00F04554" w:rsidRDefault="00410254">
      <w:pPr>
        <w:pStyle w:val="Heading2"/>
        <w:rPr>
          <w:rFonts w:ascii="Arial Narrow" w:hAnsi="Arial Narrow"/>
          <w:color w:val="00B050"/>
        </w:rPr>
      </w:pPr>
      <w:r w:rsidRPr="00F04554">
        <w:rPr>
          <w:rFonts w:ascii="Arial Narrow" w:hAnsi="Arial Narrow"/>
          <w:color w:val="00B050"/>
        </w:rPr>
        <w:t>4. EXPECTED OUTPUTS</w:t>
      </w:r>
    </w:p>
    <w:p w14:paraId="7FC5F085" w14:textId="0AF750FB" w:rsidR="001B7952" w:rsidRPr="00F04554" w:rsidRDefault="000E1B42" w:rsidP="001B7952">
      <w:pPr>
        <w:pStyle w:val="ListParagraph"/>
        <w:numPr>
          <w:ilvl w:val="0"/>
          <w:numId w:val="11"/>
        </w:numPr>
        <w:rPr>
          <w:rFonts w:ascii="Arial Narrow" w:hAnsi="Arial Narrow"/>
        </w:rPr>
      </w:pPr>
      <w:r>
        <w:rPr>
          <w:rFonts w:ascii="Arial Narrow" w:hAnsi="Arial Narrow"/>
        </w:rPr>
        <w:t>48</w:t>
      </w:r>
      <w:r w:rsidR="00264CD2" w:rsidRPr="00F04554">
        <w:rPr>
          <w:rFonts w:ascii="Arial Narrow" w:hAnsi="Arial Narrow"/>
        </w:rPr>
        <w:t xml:space="preserve"> </w:t>
      </w:r>
      <w:r w:rsidR="00342C77">
        <w:rPr>
          <w:rFonts w:ascii="Arial Narrow" w:hAnsi="Arial Narrow"/>
        </w:rPr>
        <w:t>Mt</w:t>
      </w:r>
      <w:r w:rsidR="003638D9">
        <w:rPr>
          <w:rFonts w:ascii="Arial Narrow" w:hAnsi="Arial Narrow"/>
        </w:rPr>
        <w:t xml:space="preserve"> of milled pods mi</w:t>
      </w:r>
      <w:r w:rsidR="005B6F5C">
        <w:rPr>
          <w:rFonts w:ascii="Arial Narrow" w:hAnsi="Arial Narrow"/>
        </w:rPr>
        <w:t>xed with 8 Mt of local hay</w:t>
      </w:r>
      <w:r w:rsidR="00D36DDA" w:rsidRPr="00F04554">
        <w:rPr>
          <w:rFonts w:ascii="Arial Narrow" w:hAnsi="Arial Narrow"/>
        </w:rPr>
        <w:t xml:space="preserve"> (</w:t>
      </w:r>
      <w:r w:rsidR="00342C77">
        <w:rPr>
          <w:rFonts w:ascii="Arial Narrow" w:hAnsi="Arial Narrow"/>
        </w:rPr>
        <w:t>10</w:t>
      </w:r>
      <w:r w:rsidR="00D36DDA" w:rsidRPr="00F04554">
        <w:rPr>
          <w:rFonts w:ascii="Arial Narrow" w:hAnsi="Arial Narrow"/>
        </w:rPr>
        <w:t>00 sacks</w:t>
      </w:r>
      <w:r w:rsidR="00710D67">
        <w:rPr>
          <w:rFonts w:ascii="Arial Narrow" w:hAnsi="Arial Narrow"/>
        </w:rPr>
        <w:t>)</w:t>
      </w:r>
      <w:r w:rsidR="00C34351" w:rsidRPr="00F04554">
        <w:rPr>
          <w:rFonts w:ascii="Arial Narrow" w:hAnsi="Arial Narrow"/>
        </w:rPr>
        <w:t xml:space="preserve"> of balanced animal feed </w:t>
      </w:r>
      <w:r w:rsidR="00E922A8" w:rsidRPr="00F04554">
        <w:rPr>
          <w:rFonts w:ascii="Arial Narrow" w:hAnsi="Arial Narrow"/>
        </w:rPr>
        <w:t>produced</w:t>
      </w:r>
      <w:r w:rsidR="00F115DF" w:rsidRPr="00F04554">
        <w:rPr>
          <w:rFonts w:ascii="Arial Narrow" w:hAnsi="Arial Narrow"/>
        </w:rPr>
        <w:t xml:space="preserve"> </w:t>
      </w:r>
      <w:r w:rsidR="00E922A8" w:rsidRPr="00F04554">
        <w:rPr>
          <w:rFonts w:ascii="Arial Narrow" w:hAnsi="Arial Narrow"/>
        </w:rPr>
        <w:t>(contained</w:t>
      </w:r>
      <w:r w:rsidR="00A04C1D" w:rsidRPr="00F04554">
        <w:rPr>
          <w:rFonts w:ascii="Arial Narrow" w:hAnsi="Arial Narrow"/>
        </w:rPr>
        <w:t xml:space="preserve"> milled pods</w:t>
      </w:r>
      <w:r w:rsidR="00FD2585" w:rsidRPr="00F04554">
        <w:rPr>
          <w:rFonts w:ascii="Arial Narrow" w:hAnsi="Arial Narrow"/>
        </w:rPr>
        <w:t xml:space="preserve"> mixed with local available hay)</w:t>
      </w:r>
    </w:p>
    <w:p w14:paraId="141A29DE" w14:textId="6D9329FC" w:rsidR="00396618" w:rsidRPr="00F04554" w:rsidRDefault="00B476F0" w:rsidP="001B7952">
      <w:pPr>
        <w:pStyle w:val="ListParagraph"/>
        <w:numPr>
          <w:ilvl w:val="0"/>
          <w:numId w:val="11"/>
        </w:numPr>
        <w:rPr>
          <w:rFonts w:ascii="Arial Narrow" w:hAnsi="Arial Narrow"/>
        </w:rPr>
      </w:pPr>
      <w:r w:rsidRPr="00F04554">
        <w:rPr>
          <w:rFonts w:ascii="Arial Narrow" w:hAnsi="Arial Narrow"/>
        </w:rPr>
        <w:t>Supp</w:t>
      </w:r>
      <w:r w:rsidR="00477A6B">
        <w:rPr>
          <w:rFonts w:ascii="Arial Narrow" w:hAnsi="Arial Narrow"/>
        </w:rPr>
        <w:t>orted</w:t>
      </w:r>
      <w:r w:rsidRPr="00F04554">
        <w:rPr>
          <w:rFonts w:ascii="Arial Narrow" w:hAnsi="Arial Narrow"/>
        </w:rPr>
        <w:t xml:space="preserve"> marketing of the final product at local market</w:t>
      </w:r>
    </w:p>
    <w:p w14:paraId="283B7FB8" w14:textId="2B3B16B2" w:rsidR="00B476F0" w:rsidRPr="00F04554" w:rsidRDefault="00B476F0" w:rsidP="001B7952">
      <w:pPr>
        <w:pStyle w:val="ListParagraph"/>
        <w:numPr>
          <w:ilvl w:val="0"/>
          <w:numId w:val="11"/>
        </w:numPr>
        <w:rPr>
          <w:rFonts w:ascii="Arial Narrow" w:hAnsi="Arial Narrow"/>
        </w:rPr>
      </w:pPr>
      <w:r w:rsidRPr="00F04554">
        <w:rPr>
          <w:rFonts w:ascii="Arial Narrow" w:hAnsi="Arial Narrow"/>
        </w:rPr>
        <w:t xml:space="preserve">Return earnings to pod collectors </w:t>
      </w:r>
    </w:p>
    <w:p w14:paraId="51AE65B4" w14:textId="0E47280A" w:rsidR="003F7C47" w:rsidRPr="00F04554" w:rsidRDefault="00E922A8">
      <w:pPr>
        <w:pStyle w:val="Heading2"/>
        <w:rPr>
          <w:rFonts w:ascii="Arial Narrow" w:hAnsi="Arial Narrow"/>
          <w:color w:val="00B050"/>
        </w:rPr>
      </w:pPr>
      <w:r w:rsidRPr="00F04554">
        <w:rPr>
          <w:rFonts w:ascii="Arial Narrow" w:hAnsi="Arial Narrow"/>
          <w:color w:val="00B050"/>
        </w:rPr>
        <w:t>6. REQUIREMENTS</w:t>
      </w:r>
    </w:p>
    <w:p w14:paraId="655A4DD1" w14:textId="58B53284" w:rsidR="0050173B" w:rsidRPr="00F04554" w:rsidRDefault="00961CC8">
      <w:pPr>
        <w:rPr>
          <w:rFonts w:ascii="Arial Narrow" w:hAnsi="Arial Narrow"/>
        </w:rPr>
      </w:pPr>
      <w:r w:rsidRPr="00F04554">
        <w:rPr>
          <w:rFonts w:ascii="Arial Narrow" w:hAnsi="Arial Narrow"/>
        </w:rPr>
        <w:t>Required</w:t>
      </w:r>
      <w:r w:rsidR="00073107" w:rsidRPr="00F04554">
        <w:rPr>
          <w:rFonts w:ascii="Arial Narrow" w:hAnsi="Arial Narrow"/>
        </w:rPr>
        <w:t xml:space="preserve"> labor</w:t>
      </w:r>
      <w:r w:rsidR="0050173B" w:rsidRPr="00F04554">
        <w:rPr>
          <w:rFonts w:ascii="Arial Narrow" w:hAnsi="Arial Narrow"/>
        </w:rPr>
        <w:t xml:space="preserve"> and </w:t>
      </w:r>
      <w:r w:rsidR="00D9691C" w:rsidRPr="00F04554">
        <w:rPr>
          <w:rFonts w:ascii="Arial Narrow" w:hAnsi="Arial Narrow"/>
        </w:rPr>
        <w:t xml:space="preserve">proper </w:t>
      </w:r>
      <w:r w:rsidR="0050173B" w:rsidRPr="00F04554">
        <w:rPr>
          <w:rFonts w:ascii="Arial Narrow" w:hAnsi="Arial Narrow"/>
        </w:rPr>
        <w:t xml:space="preserve">milling machines </w:t>
      </w:r>
    </w:p>
    <w:p w14:paraId="68202858" w14:textId="2EAFD9CF" w:rsidR="00073107" w:rsidRPr="00F85C94" w:rsidRDefault="003E7421" w:rsidP="00F85C94">
      <w:pPr>
        <w:pStyle w:val="ListParagraph"/>
        <w:numPr>
          <w:ilvl w:val="0"/>
          <w:numId w:val="13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Required </w:t>
      </w:r>
      <w:r w:rsidR="005E2DE1">
        <w:rPr>
          <w:rFonts w:ascii="Arial Narrow" w:hAnsi="Arial Narrow"/>
        </w:rPr>
        <w:t>labor</w:t>
      </w:r>
      <w:r w:rsidR="001470AF">
        <w:rPr>
          <w:rFonts w:ascii="Arial Narrow" w:hAnsi="Arial Narrow"/>
        </w:rPr>
        <w:t xml:space="preserve">: </w:t>
      </w:r>
      <w:r w:rsidR="008855E1" w:rsidRPr="00F85C94">
        <w:rPr>
          <w:rFonts w:ascii="Arial Narrow" w:hAnsi="Arial Narrow"/>
        </w:rPr>
        <w:t>3</w:t>
      </w:r>
      <w:r w:rsidR="00073107" w:rsidRPr="00F85C94">
        <w:rPr>
          <w:rFonts w:ascii="Arial Narrow" w:hAnsi="Arial Narrow"/>
        </w:rPr>
        <w:t xml:space="preserve"> </w:t>
      </w:r>
      <w:r w:rsidR="00397907">
        <w:rPr>
          <w:rFonts w:ascii="Arial Narrow" w:hAnsi="Arial Narrow"/>
        </w:rPr>
        <w:t xml:space="preserve">labor </w:t>
      </w:r>
      <w:r w:rsidR="00397907" w:rsidRPr="00F85C94">
        <w:rPr>
          <w:rFonts w:ascii="Arial Narrow" w:hAnsi="Arial Narrow"/>
        </w:rPr>
        <w:t>per</w:t>
      </w:r>
      <w:r w:rsidR="00073107" w:rsidRPr="00F85C94">
        <w:rPr>
          <w:rFonts w:ascii="Arial Narrow" w:hAnsi="Arial Narrow"/>
        </w:rPr>
        <w:t xml:space="preserve"> </w:t>
      </w:r>
      <w:r w:rsidR="008855E1" w:rsidRPr="00F85C94">
        <w:rPr>
          <w:rFonts w:ascii="Arial Narrow" w:hAnsi="Arial Narrow"/>
        </w:rPr>
        <w:t>d</w:t>
      </w:r>
      <w:r w:rsidR="00073107" w:rsidRPr="00F85C94">
        <w:rPr>
          <w:rFonts w:ascii="Arial Narrow" w:hAnsi="Arial Narrow"/>
        </w:rPr>
        <w:t>ay</w:t>
      </w:r>
      <w:r w:rsidR="001470AF">
        <w:rPr>
          <w:rFonts w:ascii="Arial Narrow" w:hAnsi="Arial Narrow"/>
        </w:rPr>
        <w:t xml:space="preserve"> at the milling site</w:t>
      </w:r>
      <w:r w:rsidR="00F25806">
        <w:rPr>
          <w:rFonts w:ascii="Arial Narrow" w:hAnsi="Arial Narrow"/>
        </w:rPr>
        <w:t>.</w:t>
      </w:r>
      <w:r w:rsidR="00073107" w:rsidRPr="00F85C94">
        <w:rPr>
          <w:rFonts w:ascii="Arial Narrow" w:hAnsi="Arial Narrow"/>
        </w:rPr>
        <w:t xml:space="preserve"> </w:t>
      </w:r>
    </w:p>
    <w:p w14:paraId="3E1D1093" w14:textId="5E5AFB8C" w:rsidR="00AA1E6A" w:rsidRPr="009A7365" w:rsidRDefault="003E7421" w:rsidP="009A7365">
      <w:pPr>
        <w:pStyle w:val="ListParagraph"/>
        <w:numPr>
          <w:ilvl w:val="0"/>
          <w:numId w:val="13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Proper milling machines: </w:t>
      </w:r>
      <w:r w:rsidR="0050173B" w:rsidRPr="00F85C94">
        <w:rPr>
          <w:rFonts w:ascii="Arial Narrow" w:hAnsi="Arial Narrow"/>
        </w:rPr>
        <w:t xml:space="preserve">At </w:t>
      </w:r>
      <w:r w:rsidR="00397907" w:rsidRPr="00F85C94">
        <w:rPr>
          <w:rFonts w:ascii="Arial Narrow" w:hAnsi="Arial Narrow"/>
        </w:rPr>
        <w:t>least</w:t>
      </w:r>
      <w:r w:rsidR="0050173B" w:rsidRPr="00F85C94">
        <w:rPr>
          <w:rFonts w:ascii="Arial Narrow" w:hAnsi="Arial Narrow"/>
        </w:rPr>
        <w:t xml:space="preserve"> two millers to be operated </w:t>
      </w:r>
      <w:r w:rsidR="00BC6BA0" w:rsidRPr="00F85C94">
        <w:rPr>
          <w:rFonts w:ascii="Arial Narrow" w:hAnsi="Arial Narrow"/>
        </w:rPr>
        <w:t>at a tim</w:t>
      </w:r>
      <w:r w:rsidR="001470AF">
        <w:rPr>
          <w:rFonts w:ascii="Arial Narrow" w:hAnsi="Arial Narrow"/>
        </w:rPr>
        <w:t>e c</w:t>
      </w:r>
      <w:r w:rsidR="001470AF" w:rsidRPr="00F85C94">
        <w:rPr>
          <w:rFonts w:ascii="Arial Narrow" w:hAnsi="Arial Narrow"/>
        </w:rPr>
        <w:t xml:space="preserve">able of </w:t>
      </w:r>
      <w:proofErr w:type="gramStart"/>
      <w:r w:rsidR="001470AF">
        <w:rPr>
          <w:rFonts w:ascii="Arial Narrow" w:hAnsi="Arial Narrow"/>
        </w:rPr>
        <w:t xml:space="preserve">processing  </w:t>
      </w:r>
      <w:r w:rsidR="00C17D28">
        <w:rPr>
          <w:rFonts w:ascii="Arial Narrow" w:hAnsi="Arial Narrow"/>
        </w:rPr>
        <w:t>0.5</w:t>
      </w:r>
      <w:proofErr w:type="gramEnd"/>
      <w:r w:rsidR="00C17D28">
        <w:rPr>
          <w:rFonts w:ascii="Arial Narrow" w:hAnsi="Arial Narrow"/>
        </w:rPr>
        <w:t xml:space="preserve"> </w:t>
      </w:r>
      <w:proofErr w:type="gramStart"/>
      <w:r w:rsidR="00C17D28">
        <w:rPr>
          <w:rFonts w:ascii="Arial Narrow" w:hAnsi="Arial Narrow"/>
        </w:rPr>
        <w:t xml:space="preserve">to </w:t>
      </w:r>
      <w:r w:rsidR="001470AF" w:rsidRPr="00F85C94">
        <w:rPr>
          <w:rFonts w:ascii="Arial Narrow" w:hAnsi="Arial Narrow"/>
        </w:rPr>
        <w:t xml:space="preserve"> 1</w:t>
      </w:r>
      <w:proofErr w:type="gramEnd"/>
      <w:r w:rsidR="001470AF" w:rsidRPr="00F85C94">
        <w:rPr>
          <w:rFonts w:ascii="Arial Narrow" w:hAnsi="Arial Narrow"/>
        </w:rPr>
        <w:t xml:space="preserve"> </w:t>
      </w:r>
      <w:r w:rsidR="007A7EC1">
        <w:rPr>
          <w:rFonts w:ascii="Arial Narrow" w:hAnsi="Arial Narrow"/>
        </w:rPr>
        <w:t>Mt</w:t>
      </w:r>
      <w:r w:rsidR="001470AF" w:rsidRPr="00F85C94">
        <w:rPr>
          <w:rFonts w:ascii="Arial Narrow" w:hAnsi="Arial Narrow"/>
        </w:rPr>
        <w:t xml:space="preserve"> </w:t>
      </w:r>
      <w:r w:rsidR="00BE730C">
        <w:rPr>
          <w:rFonts w:ascii="Arial Narrow" w:hAnsi="Arial Narrow"/>
        </w:rPr>
        <w:t>of</w:t>
      </w:r>
      <w:r w:rsidR="007A7EC1">
        <w:rPr>
          <w:rFonts w:ascii="Arial Narrow" w:hAnsi="Arial Narrow"/>
        </w:rPr>
        <w:t xml:space="preserve"> </w:t>
      </w:r>
      <w:r w:rsidR="00BE730C">
        <w:rPr>
          <w:rFonts w:ascii="Arial Narrow" w:hAnsi="Arial Narrow"/>
        </w:rPr>
        <w:t xml:space="preserve">milled </w:t>
      </w:r>
      <w:proofErr w:type="spellStart"/>
      <w:r w:rsidR="007A7EC1">
        <w:rPr>
          <w:rFonts w:ascii="Arial Narrow" w:hAnsi="Arial Narrow"/>
        </w:rPr>
        <w:t>prosopis</w:t>
      </w:r>
      <w:proofErr w:type="spellEnd"/>
      <w:r w:rsidR="007A7EC1">
        <w:rPr>
          <w:rFonts w:ascii="Arial Narrow" w:hAnsi="Arial Narrow"/>
        </w:rPr>
        <w:t xml:space="preserve"> p</w:t>
      </w:r>
      <w:r w:rsidR="00BE730C">
        <w:rPr>
          <w:rFonts w:ascii="Arial Narrow" w:hAnsi="Arial Narrow"/>
        </w:rPr>
        <w:t>er</w:t>
      </w:r>
      <w:r w:rsidR="007A7EC1">
        <w:rPr>
          <w:rFonts w:ascii="Arial Narrow" w:hAnsi="Arial Narrow"/>
        </w:rPr>
        <w:t xml:space="preserve"> </w:t>
      </w:r>
      <w:r w:rsidR="001470AF" w:rsidRPr="00F85C94">
        <w:rPr>
          <w:rFonts w:ascii="Arial Narrow" w:hAnsi="Arial Narrow"/>
        </w:rPr>
        <w:t>day</w:t>
      </w:r>
      <w:r w:rsidR="007A7EC1">
        <w:rPr>
          <w:rFonts w:ascii="Arial Narrow" w:hAnsi="Arial Narrow"/>
        </w:rPr>
        <w:t xml:space="preserve">. </w:t>
      </w:r>
    </w:p>
    <w:p w14:paraId="4E8440CA" w14:textId="3223A58E" w:rsidR="00AA1E6A" w:rsidRPr="00B46F67" w:rsidRDefault="00D32646" w:rsidP="00546802">
      <w:pPr>
        <w:rPr>
          <w:rFonts w:ascii="Arial Narrow" w:hAnsi="Arial Narrow"/>
          <w:b/>
          <w:bCs/>
          <w:color w:val="00B050"/>
        </w:rPr>
      </w:pPr>
      <w:r w:rsidRPr="00B46F67">
        <w:rPr>
          <w:rFonts w:ascii="Arial Narrow" w:hAnsi="Arial Narrow"/>
          <w:b/>
          <w:bCs/>
          <w:color w:val="00B050"/>
        </w:rPr>
        <w:t>WHH SUPPORT</w:t>
      </w:r>
    </w:p>
    <w:p w14:paraId="4CB04563" w14:textId="54E85E7D" w:rsidR="00D32646" w:rsidRDefault="00D32646" w:rsidP="00DA07EE">
      <w:pPr>
        <w:pStyle w:val="ListParagraph"/>
        <w:numPr>
          <w:ilvl w:val="0"/>
          <w:numId w:val="16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WHH will support </w:t>
      </w:r>
      <w:r w:rsidR="00780B80">
        <w:rPr>
          <w:rFonts w:ascii="Arial Narrow" w:hAnsi="Arial Narrow"/>
        </w:rPr>
        <w:t xml:space="preserve">providing </w:t>
      </w:r>
      <w:r w:rsidR="0041278C">
        <w:rPr>
          <w:rFonts w:ascii="Arial Narrow" w:hAnsi="Arial Narrow"/>
        </w:rPr>
        <w:t xml:space="preserve">Transportation </w:t>
      </w:r>
      <w:r w:rsidR="00780B80">
        <w:rPr>
          <w:rFonts w:ascii="Arial Narrow" w:hAnsi="Arial Narrow"/>
        </w:rPr>
        <w:t>services</w:t>
      </w:r>
      <w:r w:rsidR="00F14FE2">
        <w:rPr>
          <w:rFonts w:ascii="Arial Narrow" w:hAnsi="Arial Narrow"/>
        </w:rPr>
        <w:t xml:space="preserve"> </w:t>
      </w:r>
      <w:r w:rsidR="00780B80">
        <w:rPr>
          <w:rFonts w:ascii="Arial Narrow" w:hAnsi="Arial Narrow"/>
        </w:rPr>
        <w:t>of biweekly</w:t>
      </w:r>
      <w:r w:rsidR="00F14FE2">
        <w:rPr>
          <w:rFonts w:ascii="Arial Narrow" w:hAnsi="Arial Narrow"/>
        </w:rPr>
        <w:t xml:space="preserve"> transporting collected pods from pod collector to </w:t>
      </w:r>
      <w:proofErr w:type="spellStart"/>
      <w:r w:rsidR="00F14FE2">
        <w:rPr>
          <w:rFonts w:ascii="Arial Narrow" w:hAnsi="Arial Narrow"/>
        </w:rPr>
        <w:t>Aroori</w:t>
      </w:r>
      <w:proofErr w:type="spellEnd"/>
      <w:r w:rsidR="00F14FE2">
        <w:rPr>
          <w:rFonts w:ascii="Arial Narrow" w:hAnsi="Arial Narrow"/>
        </w:rPr>
        <w:t xml:space="preserve"> </w:t>
      </w:r>
      <w:r w:rsidR="00546802">
        <w:rPr>
          <w:rFonts w:ascii="Arial Narrow" w:hAnsi="Arial Narrow"/>
        </w:rPr>
        <w:t>Center</w:t>
      </w:r>
      <w:r w:rsidR="0041278C">
        <w:rPr>
          <w:rFonts w:ascii="Arial Narrow" w:hAnsi="Arial Narrow"/>
        </w:rPr>
        <w:t xml:space="preserve"> and will hire </w:t>
      </w:r>
      <w:r w:rsidR="0041278C" w:rsidRPr="00F04554">
        <w:rPr>
          <w:rFonts w:ascii="Arial Narrow" w:hAnsi="Arial Narrow"/>
        </w:rPr>
        <w:t xml:space="preserve">Vehicle for </w:t>
      </w:r>
      <w:r w:rsidR="001C754E" w:rsidRPr="00F04554">
        <w:rPr>
          <w:rFonts w:ascii="Arial Narrow" w:hAnsi="Arial Narrow"/>
        </w:rPr>
        <w:t>Transport</w:t>
      </w:r>
      <w:r w:rsidR="001C754E">
        <w:rPr>
          <w:rFonts w:ascii="Arial Narrow" w:hAnsi="Arial Narrow"/>
        </w:rPr>
        <w:t xml:space="preserve">ing </w:t>
      </w:r>
      <w:r w:rsidR="001C754E" w:rsidRPr="00F04554">
        <w:rPr>
          <w:rFonts w:ascii="Arial Narrow" w:hAnsi="Arial Narrow"/>
        </w:rPr>
        <w:t>of</w:t>
      </w:r>
      <w:r w:rsidR="0041278C" w:rsidRPr="00F04554">
        <w:rPr>
          <w:rFonts w:ascii="Arial Narrow" w:hAnsi="Arial Narrow"/>
        </w:rPr>
        <w:t xml:space="preserve"> </w:t>
      </w:r>
      <w:r w:rsidR="0041278C">
        <w:rPr>
          <w:rFonts w:ascii="Arial Narrow" w:hAnsi="Arial Narrow"/>
        </w:rPr>
        <w:t xml:space="preserve">milled </w:t>
      </w:r>
      <w:r w:rsidR="0041278C" w:rsidRPr="00F04554">
        <w:rPr>
          <w:rFonts w:ascii="Arial Narrow" w:hAnsi="Arial Narrow"/>
        </w:rPr>
        <w:t xml:space="preserve">Feed from </w:t>
      </w:r>
      <w:proofErr w:type="spellStart"/>
      <w:r w:rsidR="0041278C" w:rsidRPr="00F04554">
        <w:rPr>
          <w:rFonts w:ascii="Arial Narrow" w:hAnsi="Arial Narrow"/>
        </w:rPr>
        <w:t>Aroori</w:t>
      </w:r>
      <w:proofErr w:type="spellEnd"/>
      <w:r w:rsidR="0041278C" w:rsidRPr="00F04554">
        <w:rPr>
          <w:rFonts w:ascii="Arial Narrow" w:hAnsi="Arial Narrow"/>
        </w:rPr>
        <w:t xml:space="preserve"> center to Market</w:t>
      </w:r>
      <w:r w:rsidR="0041278C">
        <w:rPr>
          <w:rFonts w:ascii="Arial Narrow" w:hAnsi="Arial Narrow"/>
        </w:rPr>
        <w:t xml:space="preserve">. </w:t>
      </w:r>
    </w:p>
    <w:p w14:paraId="15CDBED3" w14:textId="73E3E83D" w:rsidR="00DA7412" w:rsidRDefault="00DA7412" w:rsidP="00DA07EE">
      <w:pPr>
        <w:pStyle w:val="ListParagraph"/>
        <w:numPr>
          <w:ilvl w:val="0"/>
          <w:numId w:val="16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will provide </w:t>
      </w:r>
      <w:r w:rsidR="00780B80">
        <w:rPr>
          <w:rFonts w:ascii="Arial Narrow" w:hAnsi="Arial Narrow"/>
        </w:rPr>
        <w:t>packaging</w:t>
      </w:r>
      <w:r w:rsidR="0041278C">
        <w:rPr>
          <w:rFonts w:ascii="Arial Narrow" w:hAnsi="Arial Narrow"/>
        </w:rPr>
        <w:t xml:space="preserve"> </w:t>
      </w:r>
      <w:r w:rsidR="001C754E">
        <w:rPr>
          <w:rFonts w:ascii="Arial Narrow" w:hAnsi="Arial Narrow"/>
        </w:rPr>
        <w:t>sack and</w:t>
      </w:r>
      <w:r>
        <w:rPr>
          <w:rFonts w:ascii="Arial Narrow" w:hAnsi="Arial Narrow"/>
        </w:rPr>
        <w:t xml:space="preserve"> pod drying</w:t>
      </w:r>
      <w:r w:rsidR="0041278C">
        <w:rPr>
          <w:rFonts w:ascii="Arial Narrow" w:hAnsi="Arial Narrow"/>
        </w:rPr>
        <w:t xml:space="preserve"> </w:t>
      </w:r>
      <w:proofErr w:type="gramStart"/>
      <w:r w:rsidR="0041278C">
        <w:rPr>
          <w:rFonts w:ascii="Arial Narrow" w:hAnsi="Arial Narrow"/>
        </w:rPr>
        <w:t xml:space="preserve">plastics </w:t>
      </w:r>
      <w:r>
        <w:rPr>
          <w:rFonts w:ascii="Arial Narrow" w:hAnsi="Arial Narrow"/>
        </w:rPr>
        <w:t>,</w:t>
      </w:r>
      <w:proofErr w:type="gramEnd"/>
      <w:r w:rsidR="0041278C">
        <w:rPr>
          <w:rFonts w:ascii="Arial Narrow" w:hAnsi="Arial Narrow"/>
        </w:rPr>
        <w:t xml:space="preserve"> </w:t>
      </w:r>
      <w:proofErr w:type="gramStart"/>
      <w:r w:rsidR="0041278C">
        <w:rPr>
          <w:rFonts w:ascii="Arial Narrow" w:hAnsi="Arial Narrow"/>
        </w:rPr>
        <w:t xml:space="preserve">and </w:t>
      </w:r>
      <w:r>
        <w:rPr>
          <w:rFonts w:ascii="Arial Narrow" w:hAnsi="Arial Narrow"/>
        </w:rPr>
        <w:t xml:space="preserve"> </w:t>
      </w:r>
      <w:r w:rsidR="00B10C87">
        <w:rPr>
          <w:rFonts w:ascii="Arial Narrow" w:hAnsi="Arial Narrow"/>
        </w:rPr>
        <w:t>labelling</w:t>
      </w:r>
      <w:proofErr w:type="gramEnd"/>
      <w:r w:rsidR="00B10C87">
        <w:rPr>
          <w:rFonts w:ascii="Arial Narrow" w:hAnsi="Arial Narrow"/>
        </w:rPr>
        <w:t xml:space="preserve"> </w:t>
      </w:r>
      <w:r w:rsidR="001C754E">
        <w:rPr>
          <w:rFonts w:ascii="Arial Narrow" w:hAnsi="Arial Narrow"/>
        </w:rPr>
        <w:t>materials (</w:t>
      </w:r>
      <w:r w:rsidR="0041278C" w:rsidRPr="00F04554">
        <w:rPr>
          <w:rFonts w:ascii="Arial Narrow" w:hAnsi="Arial Narrow"/>
        </w:rPr>
        <w:t>Permanent Marker for labeling</w:t>
      </w:r>
      <w:r w:rsidR="0041278C">
        <w:rPr>
          <w:rFonts w:ascii="Arial Narrow" w:hAnsi="Arial Narrow"/>
        </w:rPr>
        <w:t>)</w:t>
      </w:r>
    </w:p>
    <w:p w14:paraId="2ED29ED2" w14:textId="5DB45E5C" w:rsidR="00DA07EE" w:rsidRDefault="00DA07EE" w:rsidP="00DA07EE">
      <w:pPr>
        <w:pStyle w:val="ListParagraph"/>
        <w:numPr>
          <w:ilvl w:val="0"/>
          <w:numId w:val="16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Will </w:t>
      </w:r>
      <w:r w:rsidR="00650B19">
        <w:rPr>
          <w:rFonts w:ascii="Arial Narrow" w:hAnsi="Arial Narrow"/>
        </w:rPr>
        <w:t>purchase</w:t>
      </w:r>
      <w:r>
        <w:rPr>
          <w:rFonts w:ascii="Arial Narrow" w:hAnsi="Arial Narrow"/>
        </w:rPr>
        <w:t xml:space="preserve"> required hay for mixing the milled pod </w:t>
      </w:r>
    </w:p>
    <w:p w14:paraId="397DC016" w14:textId="0FEA4E75" w:rsidR="00DA7412" w:rsidRDefault="00B10C87" w:rsidP="00DA07EE">
      <w:pPr>
        <w:pStyle w:val="ListParagraph"/>
        <w:numPr>
          <w:ilvl w:val="0"/>
          <w:numId w:val="16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will </w:t>
      </w:r>
      <w:r w:rsidR="00780B80">
        <w:rPr>
          <w:rFonts w:ascii="Arial Narrow" w:hAnsi="Arial Narrow"/>
        </w:rPr>
        <w:t>support covering</w:t>
      </w:r>
      <w:r>
        <w:rPr>
          <w:rFonts w:ascii="Arial Narrow" w:hAnsi="Arial Narrow"/>
        </w:rPr>
        <w:t xml:space="preserve"> the cost of renting milling machines </w:t>
      </w:r>
    </w:p>
    <w:p w14:paraId="3473E30A" w14:textId="29FD71E7" w:rsidR="00B10C87" w:rsidRDefault="00B10C87" w:rsidP="00DA07EE">
      <w:pPr>
        <w:pStyle w:val="ListParagraph"/>
        <w:numPr>
          <w:ilvl w:val="0"/>
          <w:numId w:val="16"/>
        </w:numPr>
        <w:rPr>
          <w:rFonts w:ascii="Arial Narrow" w:hAnsi="Arial Narrow"/>
        </w:rPr>
      </w:pPr>
      <w:r>
        <w:rPr>
          <w:rFonts w:ascii="Arial Narrow" w:hAnsi="Arial Narrow"/>
        </w:rPr>
        <w:t>Wi</w:t>
      </w:r>
      <w:r w:rsidR="00780B80">
        <w:rPr>
          <w:rFonts w:ascii="Arial Narrow" w:hAnsi="Arial Narrow"/>
        </w:rPr>
        <w:t xml:space="preserve">ll provide technical support </w:t>
      </w:r>
    </w:p>
    <w:p w14:paraId="6ADBCBE1" w14:textId="5DF4BFA7" w:rsidR="00D73224" w:rsidRDefault="009E301C">
      <w:pPr>
        <w:rPr>
          <w:rFonts w:ascii="Arial Narrow" w:hAnsi="Arial Narrow"/>
          <w:b/>
          <w:bCs/>
          <w:color w:val="00B050"/>
        </w:rPr>
      </w:pPr>
      <w:r w:rsidRPr="00F04554">
        <w:rPr>
          <w:rFonts w:ascii="Arial Narrow" w:hAnsi="Arial Narrow"/>
          <w:b/>
          <w:bCs/>
          <w:color w:val="00B050"/>
        </w:rPr>
        <w:t xml:space="preserve">7. </w:t>
      </w:r>
      <w:r w:rsidR="00980EB7">
        <w:rPr>
          <w:rFonts w:ascii="Arial Narrow" w:hAnsi="Arial Narrow"/>
          <w:b/>
          <w:bCs/>
          <w:color w:val="00B050"/>
        </w:rPr>
        <w:t>T</w:t>
      </w:r>
      <w:r w:rsidR="000C1D0C">
        <w:rPr>
          <w:rFonts w:ascii="Arial Narrow" w:hAnsi="Arial Narrow"/>
          <w:b/>
          <w:bCs/>
          <w:color w:val="00B050"/>
        </w:rPr>
        <w:t xml:space="preserve">ENTATIVE </w:t>
      </w:r>
      <w:r w:rsidR="00D92AA3" w:rsidRPr="00F04554">
        <w:rPr>
          <w:rFonts w:ascii="Arial Narrow" w:hAnsi="Arial Narrow"/>
          <w:b/>
          <w:bCs/>
          <w:color w:val="00B050"/>
        </w:rPr>
        <w:t xml:space="preserve">TIMELINE </w:t>
      </w:r>
    </w:p>
    <w:p w14:paraId="4F6C8F10" w14:textId="74F63152" w:rsidR="00D32D49" w:rsidRDefault="00C445DB">
      <w:pPr>
        <w:rPr>
          <w:rFonts w:ascii="Arial Narrow" w:hAnsi="Arial Narrow"/>
        </w:rPr>
      </w:pPr>
      <w:r w:rsidRPr="00C445DB">
        <w:rPr>
          <w:rFonts w:ascii="Arial Narrow" w:hAnsi="Arial Narrow"/>
        </w:rPr>
        <w:t>Activity will</w:t>
      </w:r>
      <w:r w:rsidR="00D32D49" w:rsidRPr="00C445DB">
        <w:rPr>
          <w:rFonts w:ascii="Arial Narrow" w:hAnsi="Arial Narrow"/>
        </w:rPr>
        <w:t xml:space="preserve"> </w:t>
      </w:r>
      <w:r w:rsidR="003B5D75" w:rsidRPr="00C445DB">
        <w:rPr>
          <w:rFonts w:ascii="Arial Narrow" w:hAnsi="Arial Narrow"/>
        </w:rPr>
        <w:t>begin</w:t>
      </w:r>
      <w:r w:rsidR="00D32D49" w:rsidRPr="00C445DB">
        <w:rPr>
          <w:rFonts w:ascii="Arial Narrow" w:hAnsi="Arial Narrow"/>
        </w:rPr>
        <w:t xml:space="preserve"> </w:t>
      </w:r>
      <w:r w:rsidR="007606B2">
        <w:rPr>
          <w:rFonts w:ascii="Arial Narrow" w:hAnsi="Arial Narrow"/>
        </w:rPr>
        <w:t>December 1</w:t>
      </w:r>
      <w:r w:rsidR="00980EB7">
        <w:rPr>
          <w:rFonts w:ascii="Arial Narrow" w:hAnsi="Arial Narrow"/>
        </w:rPr>
        <w:t>0</w:t>
      </w:r>
      <w:r w:rsidRPr="00C445DB">
        <w:rPr>
          <w:rFonts w:ascii="Arial Narrow" w:hAnsi="Arial Narrow"/>
        </w:rPr>
        <w:t xml:space="preserve">, 2025, to </w:t>
      </w:r>
      <w:r w:rsidR="004711E1">
        <w:rPr>
          <w:rFonts w:ascii="Arial Narrow" w:hAnsi="Arial Narrow"/>
        </w:rPr>
        <w:t>February</w:t>
      </w:r>
      <w:r w:rsidR="000C0378">
        <w:rPr>
          <w:rFonts w:ascii="Arial Narrow" w:hAnsi="Arial Narrow"/>
        </w:rPr>
        <w:t xml:space="preserve"> </w:t>
      </w:r>
      <w:r w:rsidR="000C0378" w:rsidRPr="00C445DB">
        <w:rPr>
          <w:rFonts w:ascii="Arial Narrow" w:hAnsi="Arial Narrow"/>
        </w:rPr>
        <w:t>10</w:t>
      </w:r>
      <w:r w:rsidRPr="00C445DB">
        <w:rPr>
          <w:rFonts w:ascii="Arial Narrow" w:hAnsi="Arial Narrow"/>
          <w:vertAlign w:val="superscript"/>
        </w:rPr>
        <w:t>th</w:t>
      </w:r>
      <w:r w:rsidR="00980EB7" w:rsidRPr="00C445DB">
        <w:rPr>
          <w:rFonts w:ascii="Arial Narrow" w:hAnsi="Arial Narrow"/>
        </w:rPr>
        <w:t>, 2026</w:t>
      </w:r>
    </w:p>
    <w:p w14:paraId="5076C5DE" w14:textId="1040ED87" w:rsidR="009676AC" w:rsidRPr="000C1D0C" w:rsidRDefault="000C1D0C">
      <w:pPr>
        <w:rPr>
          <w:rFonts w:ascii="Arial Narrow" w:hAnsi="Arial Narrow"/>
          <w:b/>
          <w:bCs/>
          <w:color w:val="00B050"/>
        </w:rPr>
      </w:pPr>
      <w:r w:rsidRPr="000C1D0C">
        <w:rPr>
          <w:rFonts w:ascii="Arial Narrow" w:hAnsi="Arial Narrow"/>
          <w:b/>
          <w:bCs/>
          <w:color w:val="00B050"/>
        </w:rPr>
        <w:t>SUBMISSION</w:t>
      </w:r>
    </w:p>
    <w:p w14:paraId="787BA361" w14:textId="50A54B9E" w:rsidR="009676AC" w:rsidRPr="003E2F4F" w:rsidRDefault="00F812C1" w:rsidP="003E2F4F">
      <w:pPr>
        <w:pStyle w:val="ListParagraph"/>
        <w:numPr>
          <w:ilvl w:val="0"/>
          <w:numId w:val="15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Milling </w:t>
      </w:r>
      <w:r w:rsidR="00980EB7">
        <w:rPr>
          <w:rFonts w:ascii="Arial Narrow" w:hAnsi="Arial Narrow"/>
        </w:rPr>
        <w:t xml:space="preserve">cost </w:t>
      </w:r>
      <w:r w:rsidR="00980EB7" w:rsidRPr="003E2F4F">
        <w:rPr>
          <w:rFonts w:ascii="Arial Narrow" w:hAnsi="Arial Narrow"/>
        </w:rPr>
        <w:t>Per</w:t>
      </w:r>
      <w:r w:rsidR="005020AF" w:rsidRPr="003E2F4F">
        <w:rPr>
          <w:rFonts w:ascii="Arial Narrow" w:hAnsi="Arial Narrow"/>
        </w:rPr>
        <w:t xml:space="preserve"> kg </w:t>
      </w:r>
      <w:r w:rsidR="00980EB7">
        <w:rPr>
          <w:rFonts w:ascii="Arial Narrow" w:hAnsi="Arial Narrow"/>
        </w:rPr>
        <w:t>(including</w:t>
      </w:r>
      <w:r w:rsidR="00203FE7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labor, fuel, the cost of milling</w:t>
      </w:r>
      <w:r w:rsidR="00855305">
        <w:rPr>
          <w:rFonts w:ascii="Arial Narrow" w:hAnsi="Arial Narrow"/>
        </w:rPr>
        <w:t>, and labeling packaging)</w:t>
      </w:r>
    </w:p>
    <w:p w14:paraId="0FC9ED86" w14:textId="3FD387CA" w:rsidR="005020AF" w:rsidRDefault="00DD3506" w:rsidP="003E2F4F">
      <w:pPr>
        <w:pStyle w:val="ListParagraph"/>
        <w:numPr>
          <w:ilvl w:val="0"/>
          <w:numId w:val="15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Capacity of </w:t>
      </w:r>
      <w:r w:rsidR="005020AF" w:rsidRPr="003E2F4F">
        <w:rPr>
          <w:rFonts w:ascii="Arial Narrow" w:hAnsi="Arial Narrow"/>
        </w:rPr>
        <w:t xml:space="preserve">Milling rate per day </w:t>
      </w:r>
      <w:r w:rsidR="00D06C79">
        <w:rPr>
          <w:rFonts w:ascii="Arial Narrow" w:hAnsi="Arial Narrow"/>
        </w:rPr>
        <w:t xml:space="preserve">(in Metric </w:t>
      </w:r>
      <w:r w:rsidR="0041278C">
        <w:rPr>
          <w:rFonts w:ascii="Arial Narrow" w:hAnsi="Arial Narrow"/>
        </w:rPr>
        <w:t>tons (</w:t>
      </w:r>
      <w:r w:rsidR="00D06C79">
        <w:rPr>
          <w:rFonts w:ascii="Arial Narrow" w:hAnsi="Arial Narrow"/>
        </w:rPr>
        <w:t>MT)</w:t>
      </w:r>
    </w:p>
    <w:p w14:paraId="214478F3" w14:textId="605C81AD" w:rsidR="004711E1" w:rsidRPr="003E2F4F" w:rsidRDefault="001C754E" w:rsidP="003E2F4F">
      <w:pPr>
        <w:pStyle w:val="ListParagraph"/>
        <w:numPr>
          <w:ilvl w:val="0"/>
          <w:numId w:val="15"/>
        </w:numPr>
        <w:rPr>
          <w:rFonts w:ascii="Arial Narrow" w:hAnsi="Arial Narrow"/>
        </w:rPr>
      </w:pPr>
      <w:r>
        <w:rPr>
          <w:rFonts w:ascii="Arial Narrow" w:hAnsi="Arial Narrow"/>
        </w:rPr>
        <w:t>Deadline</w:t>
      </w:r>
      <w:r w:rsidR="00470390">
        <w:rPr>
          <w:rFonts w:ascii="Arial Narrow" w:hAnsi="Arial Narrow"/>
        </w:rPr>
        <w:t xml:space="preserve">: submit the required documents no later </w:t>
      </w:r>
      <w:r>
        <w:rPr>
          <w:rFonts w:ascii="Arial Narrow" w:hAnsi="Arial Narrow"/>
        </w:rPr>
        <w:t>than</w:t>
      </w:r>
      <w:r w:rsidR="00470390">
        <w:rPr>
          <w:rFonts w:ascii="Arial Narrow" w:hAnsi="Arial Narrow"/>
        </w:rPr>
        <w:t xml:space="preserve"> </w:t>
      </w:r>
      <w:r w:rsidR="00616EA4">
        <w:rPr>
          <w:rFonts w:ascii="Arial Narrow" w:hAnsi="Arial Narrow"/>
        </w:rPr>
        <w:t>27</w:t>
      </w:r>
      <w:r w:rsidR="00616EA4" w:rsidRPr="00616EA4">
        <w:rPr>
          <w:rFonts w:ascii="Arial Narrow" w:hAnsi="Arial Narrow"/>
          <w:vertAlign w:val="superscript"/>
        </w:rPr>
        <w:t>th</w:t>
      </w:r>
      <w:r w:rsidR="00616EA4">
        <w:rPr>
          <w:rFonts w:ascii="Arial Narrow" w:hAnsi="Arial Narrow"/>
        </w:rPr>
        <w:t xml:space="preserve"> of November </w:t>
      </w:r>
    </w:p>
    <w:p w14:paraId="5D9EFD2F" w14:textId="77733968" w:rsidR="008E4152" w:rsidRPr="00F04554" w:rsidRDefault="008F023B" w:rsidP="008E4152">
      <w:pPr>
        <w:spacing w:before="120" w:after="0" w:line="360" w:lineRule="auto"/>
        <w:jc w:val="both"/>
        <w:rPr>
          <w:rFonts w:ascii="Arial Narrow" w:eastAsia="Times New Roman" w:hAnsi="Arial Narrow" w:cs="Times New Roman"/>
          <w:b/>
          <w:bCs/>
          <w:color w:val="00B050"/>
          <w:lang w:eastAsia="de-DE"/>
        </w:rPr>
      </w:pPr>
      <w:r w:rsidRPr="00F04554">
        <w:rPr>
          <w:rFonts w:ascii="Arial Narrow" w:eastAsia="Times New Roman" w:hAnsi="Arial Narrow" w:cs="Times New Roman"/>
          <w:b/>
          <w:bCs/>
          <w:color w:val="00B050"/>
          <w:lang w:eastAsia="de-DE"/>
        </w:rPr>
        <w:t>10</w:t>
      </w:r>
      <w:r w:rsidR="008E4152" w:rsidRPr="00F04554">
        <w:rPr>
          <w:rFonts w:ascii="Arial Narrow" w:eastAsia="Times New Roman" w:hAnsi="Arial Narrow" w:cs="Times New Roman"/>
          <w:b/>
          <w:bCs/>
          <w:color w:val="00B050"/>
          <w:lang w:eastAsia="de-DE"/>
        </w:rPr>
        <w:t>. APPROVAL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686"/>
        <w:gridCol w:w="3422"/>
        <w:gridCol w:w="3242"/>
      </w:tblGrid>
      <w:tr w:rsidR="008E4152" w:rsidRPr="00F04554" w14:paraId="64E53DC2" w14:textId="77777777" w:rsidTr="00897110">
        <w:tc>
          <w:tcPr>
            <w:tcW w:w="2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3763D87B" w14:textId="77777777" w:rsidR="008E4152" w:rsidRPr="00F04554" w:rsidRDefault="008E4152" w:rsidP="00897110">
            <w:pPr>
              <w:rPr>
                <w:rFonts w:ascii="Arial Narrow" w:hAnsi="Arial Narrow" w:cs="Times New Roman"/>
                <w:b/>
                <w:bCs/>
                <w:color w:val="000000"/>
              </w:rPr>
            </w:pPr>
            <w:r w:rsidRPr="00F04554">
              <w:rPr>
                <w:rFonts w:ascii="Arial Narrow" w:hAnsi="Arial Narrow" w:cs="Times New Roman"/>
                <w:b/>
                <w:bCs/>
                <w:color w:val="000000"/>
              </w:rPr>
              <w:t xml:space="preserve">Requested by: </w:t>
            </w:r>
          </w:p>
        </w:tc>
        <w:tc>
          <w:tcPr>
            <w:tcW w:w="34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0C74A973" w14:textId="77777777" w:rsidR="008E4152" w:rsidRPr="00F04554" w:rsidRDefault="008E4152" w:rsidP="00897110">
            <w:pPr>
              <w:rPr>
                <w:rFonts w:ascii="Arial Narrow" w:hAnsi="Arial Narrow" w:cs="Times New Roman"/>
                <w:b/>
                <w:bCs/>
                <w:color w:val="000000"/>
              </w:rPr>
            </w:pPr>
            <w:r w:rsidRPr="00F04554">
              <w:rPr>
                <w:rFonts w:ascii="Arial Narrow" w:hAnsi="Arial Narrow" w:cs="Times New Roman"/>
                <w:b/>
                <w:bCs/>
                <w:color w:val="000000"/>
              </w:rPr>
              <w:t xml:space="preserve">Approved by: </w:t>
            </w:r>
          </w:p>
        </w:tc>
        <w:tc>
          <w:tcPr>
            <w:tcW w:w="324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72954E2E" w14:textId="77777777" w:rsidR="008E4152" w:rsidRPr="00F04554" w:rsidRDefault="008E4152" w:rsidP="00897110">
            <w:pPr>
              <w:rPr>
                <w:rFonts w:ascii="Arial Narrow" w:hAnsi="Arial Narrow" w:cs="Times New Roman"/>
                <w:b/>
                <w:bCs/>
                <w:color w:val="000000"/>
              </w:rPr>
            </w:pPr>
            <w:r w:rsidRPr="00F04554">
              <w:rPr>
                <w:rFonts w:ascii="Arial Narrow" w:hAnsi="Arial Narrow" w:cs="Times New Roman"/>
                <w:b/>
                <w:bCs/>
                <w:color w:val="000000"/>
              </w:rPr>
              <w:t xml:space="preserve">Approved by: </w:t>
            </w:r>
          </w:p>
        </w:tc>
      </w:tr>
      <w:tr w:rsidR="008E4152" w:rsidRPr="00F04554" w14:paraId="7B99D5F5" w14:textId="77777777" w:rsidTr="00897110">
        <w:trPr>
          <w:trHeight w:val="384"/>
        </w:trPr>
        <w:tc>
          <w:tcPr>
            <w:tcW w:w="2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497F2FD7" w14:textId="77777777" w:rsidR="008E4152" w:rsidRPr="00F04554" w:rsidRDefault="008E4152" w:rsidP="00897110">
            <w:pPr>
              <w:rPr>
                <w:rFonts w:ascii="Arial Narrow" w:hAnsi="Arial Narrow" w:cs="Times New Roman"/>
                <w:color w:val="000000"/>
                <w:lang w:val="fr-FR"/>
              </w:rPr>
            </w:pPr>
            <w:r w:rsidRPr="00F04554">
              <w:rPr>
                <w:rFonts w:ascii="Arial Narrow" w:hAnsi="Arial Narrow"/>
                <w:b/>
                <w:bCs/>
                <w:color w:val="000000"/>
                <w:lang w:val="fr-FR"/>
              </w:rPr>
              <w:t xml:space="preserve">Prosopis </w:t>
            </w:r>
            <w:proofErr w:type="gramStart"/>
            <w:r w:rsidRPr="00F04554">
              <w:rPr>
                <w:rFonts w:ascii="Arial Narrow" w:hAnsi="Arial Narrow"/>
                <w:b/>
                <w:bCs/>
                <w:color w:val="000000"/>
                <w:lang w:val="fr-FR"/>
              </w:rPr>
              <w:t>Expert:</w:t>
            </w:r>
            <w:proofErr w:type="gramEnd"/>
            <w:r w:rsidRPr="00F04554">
              <w:rPr>
                <w:rFonts w:ascii="Arial Narrow" w:hAnsi="Arial Narrow" w:cs="Times New Roman"/>
                <w:color w:val="000000"/>
                <w:lang w:val="fr-FR"/>
              </w:rPr>
              <w:t xml:space="preserve"> Yusuf Yasin Abdirahman</w:t>
            </w:r>
          </w:p>
        </w:tc>
        <w:tc>
          <w:tcPr>
            <w:tcW w:w="34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2F5B2851" w14:textId="77777777" w:rsidR="008E4152" w:rsidRPr="00F04554" w:rsidRDefault="008E4152" w:rsidP="00897110">
            <w:pPr>
              <w:rPr>
                <w:rFonts w:ascii="Arial Narrow" w:hAnsi="Arial Narrow" w:cs="Times New Roman"/>
                <w:color w:val="000000"/>
              </w:rPr>
            </w:pPr>
            <w:r w:rsidRPr="00F04554">
              <w:rPr>
                <w:rFonts w:ascii="Arial Narrow" w:hAnsi="Arial Narrow" w:cs="Times New Roman"/>
                <w:color w:val="000000"/>
              </w:rPr>
              <w:t xml:space="preserve">Finance Officer: </w:t>
            </w:r>
            <w:r w:rsidRPr="00F04554">
              <w:rPr>
                <w:rFonts w:ascii="Arial Narrow" w:hAnsi="Arial Narrow" w:cs="Arial"/>
                <w:sz w:val="20"/>
                <w:szCs w:val="20"/>
                <w:lang w:val="fr-FR"/>
              </w:rPr>
              <w:t>Roda Mahamoud</w:t>
            </w:r>
          </w:p>
        </w:tc>
        <w:tc>
          <w:tcPr>
            <w:tcW w:w="324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572683C4" w14:textId="77777777" w:rsidR="008E4152" w:rsidRPr="00F04554" w:rsidRDefault="008E4152" w:rsidP="00897110">
            <w:pPr>
              <w:rPr>
                <w:rFonts w:ascii="Arial Narrow" w:hAnsi="Arial Narrow" w:cs="Times New Roman"/>
                <w:color w:val="000000"/>
              </w:rPr>
            </w:pPr>
            <w:r w:rsidRPr="00F04554">
              <w:rPr>
                <w:rFonts w:ascii="Arial Narrow" w:hAnsi="Arial Narrow" w:cs="Times New Roman"/>
                <w:color w:val="000000"/>
              </w:rPr>
              <w:t xml:space="preserve">Head of Project: Dorcas </w:t>
            </w:r>
            <w:proofErr w:type="spellStart"/>
            <w:r w:rsidRPr="00F04554">
              <w:rPr>
                <w:rFonts w:ascii="Arial Narrow" w:hAnsi="Arial Narrow" w:cs="Times New Roman"/>
                <w:color w:val="000000"/>
              </w:rPr>
              <w:t>Matundu</w:t>
            </w:r>
            <w:proofErr w:type="spellEnd"/>
          </w:p>
        </w:tc>
      </w:tr>
      <w:tr w:rsidR="008E4152" w:rsidRPr="00F04554" w14:paraId="746474B7" w14:textId="77777777" w:rsidTr="00897110">
        <w:tc>
          <w:tcPr>
            <w:tcW w:w="2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57B21D73" w14:textId="77777777" w:rsidR="008E4152" w:rsidRPr="00F04554" w:rsidRDefault="008E4152" w:rsidP="00897110">
            <w:pPr>
              <w:rPr>
                <w:rFonts w:ascii="Arial Narrow" w:hAnsi="Arial Narrow" w:cs="Times New Roman"/>
                <w:b/>
                <w:bCs/>
                <w:color w:val="000000"/>
              </w:rPr>
            </w:pPr>
            <w:r w:rsidRPr="00F04554">
              <w:rPr>
                <w:rFonts w:ascii="Arial Narrow" w:hAnsi="Arial Narrow" w:cs="Times New Roman"/>
                <w:color w:val="000000"/>
              </w:rPr>
              <w:lastRenderedPageBreak/>
              <w:t>Signature.</w:t>
            </w:r>
            <w:r w:rsidRPr="00F04554">
              <w:rPr>
                <w:rFonts w:ascii="Arial Narrow" w:hAnsi="Arial Narrow"/>
                <w:noProof/>
              </w:rPr>
              <w:t xml:space="preserve"> </w:t>
            </w:r>
          </w:p>
        </w:tc>
        <w:tc>
          <w:tcPr>
            <w:tcW w:w="342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6720B1F2" w14:textId="77777777" w:rsidR="008E4152" w:rsidRPr="00F04554" w:rsidRDefault="008E4152" w:rsidP="00897110">
            <w:pPr>
              <w:rPr>
                <w:rFonts w:ascii="Arial Narrow" w:hAnsi="Arial Narrow" w:cs="Times New Roman"/>
                <w:color w:val="000000"/>
              </w:rPr>
            </w:pPr>
            <w:r w:rsidRPr="00F04554">
              <w:rPr>
                <w:rFonts w:ascii="Arial Narrow" w:hAnsi="Arial Narrow" w:cs="Times New Roman"/>
                <w:color w:val="000000"/>
              </w:rPr>
              <w:t>Signature…………….</w:t>
            </w:r>
          </w:p>
        </w:tc>
        <w:tc>
          <w:tcPr>
            <w:tcW w:w="324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14:paraId="6C5783B4" w14:textId="77777777" w:rsidR="008E4152" w:rsidRPr="00F04554" w:rsidRDefault="008E4152" w:rsidP="00897110">
            <w:pPr>
              <w:rPr>
                <w:rFonts w:ascii="Arial Narrow" w:hAnsi="Arial Narrow" w:cs="Times New Roman"/>
                <w:color w:val="000000"/>
              </w:rPr>
            </w:pPr>
            <w:r w:rsidRPr="00F04554">
              <w:rPr>
                <w:rFonts w:ascii="Arial Narrow" w:hAnsi="Arial Narrow" w:cs="Times New Roman"/>
                <w:color w:val="000000"/>
              </w:rPr>
              <w:t>Signature…………….</w:t>
            </w:r>
          </w:p>
        </w:tc>
      </w:tr>
    </w:tbl>
    <w:p w14:paraId="6AA0A638" w14:textId="182B5B47" w:rsidR="003F7C47" w:rsidRPr="00F04554" w:rsidRDefault="003F7C47">
      <w:pPr>
        <w:rPr>
          <w:rFonts w:ascii="Arial Narrow" w:hAnsi="Arial Narrow"/>
        </w:rPr>
      </w:pPr>
    </w:p>
    <w:sectPr w:rsidR="003F7C47" w:rsidRPr="00F04554" w:rsidSect="00034616">
      <w:headerReference w:type="default" r:id="rId10"/>
      <w:foot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2F3EE" w14:textId="77777777" w:rsidR="009E3C36" w:rsidRDefault="009E3C36" w:rsidP="008F023B">
      <w:pPr>
        <w:spacing w:after="0" w:line="240" w:lineRule="auto"/>
      </w:pPr>
      <w:r>
        <w:separator/>
      </w:r>
    </w:p>
  </w:endnote>
  <w:endnote w:type="continuationSeparator" w:id="0">
    <w:p w14:paraId="6C341CA8" w14:textId="77777777" w:rsidR="009E3C36" w:rsidRDefault="009E3C36" w:rsidP="008F0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BC0B0" w14:textId="77777777" w:rsidR="00F04554" w:rsidRDefault="00F04554" w:rsidP="00F04554">
    <w:pPr>
      <w:pStyle w:val="Footer"/>
      <w:pBdr>
        <w:bottom w:val="single" w:sz="4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0E0D9" w14:textId="77777777" w:rsidR="009E3C36" w:rsidRDefault="009E3C36" w:rsidP="008F023B">
      <w:pPr>
        <w:spacing w:after="0" w:line="240" w:lineRule="auto"/>
      </w:pPr>
      <w:r>
        <w:separator/>
      </w:r>
    </w:p>
  </w:footnote>
  <w:footnote w:type="continuationSeparator" w:id="0">
    <w:p w14:paraId="75170F0A" w14:textId="77777777" w:rsidR="009E3C36" w:rsidRDefault="009E3C36" w:rsidP="008F0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B6908" w14:textId="77777777" w:rsidR="008F023B" w:rsidRDefault="008F023B" w:rsidP="008F023B">
    <w:pPr>
      <w:pStyle w:val="Header"/>
      <w:pBdr>
        <w:bottom w:val="single" w:sz="4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7BC6B1D"/>
    <w:multiLevelType w:val="hybridMultilevel"/>
    <w:tmpl w:val="FEDE1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991290"/>
    <w:multiLevelType w:val="hybridMultilevel"/>
    <w:tmpl w:val="B1F8E5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7B0375"/>
    <w:multiLevelType w:val="hybridMultilevel"/>
    <w:tmpl w:val="BB486B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40A8E"/>
    <w:multiLevelType w:val="hybridMultilevel"/>
    <w:tmpl w:val="27F435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F22760"/>
    <w:multiLevelType w:val="hybridMultilevel"/>
    <w:tmpl w:val="ACD6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F639C6"/>
    <w:multiLevelType w:val="hybridMultilevel"/>
    <w:tmpl w:val="3FC6E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106BA0"/>
    <w:multiLevelType w:val="hybridMultilevel"/>
    <w:tmpl w:val="557ABE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3B64B1"/>
    <w:multiLevelType w:val="hybridMultilevel"/>
    <w:tmpl w:val="68026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2190806">
    <w:abstractNumId w:val="8"/>
  </w:num>
  <w:num w:numId="2" w16cid:durableId="616832887">
    <w:abstractNumId w:val="6"/>
  </w:num>
  <w:num w:numId="3" w16cid:durableId="35277222">
    <w:abstractNumId w:val="5"/>
  </w:num>
  <w:num w:numId="4" w16cid:durableId="1636596112">
    <w:abstractNumId w:val="4"/>
  </w:num>
  <w:num w:numId="5" w16cid:durableId="902106094">
    <w:abstractNumId w:val="7"/>
  </w:num>
  <w:num w:numId="6" w16cid:durableId="1904169574">
    <w:abstractNumId w:val="3"/>
  </w:num>
  <w:num w:numId="7" w16cid:durableId="1421214773">
    <w:abstractNumId w:val="2"/>
  </w:num>
  <w:num w:numId="8" w16cid:durableId="830635117">
    <w:abstractNumId w:val="1"/>
  </w:num>
  <w:num w:numId="9" w16cid:durableId="736174670">
    <w:abstractNumId w:val="0"/>
  </w:num>
  <w:num w:numId="10" w16cid:durableId="1075854256">
    <w:abstractNumId w:val="9"/>
  </w:num>
  <w:num w:numId="11" w16cid:durableId="1519736856">
    <w:abstractNumId w:val="16"/>
  </w:num>
  <w:num w:numId="12" w16cid:durableId="1707559478">
    <w:abstractNumId w:val="12"/>
  </w:num>
  <w:num w:numId="13" w16cid:durableId="1082141459">
    <w:abstractNumId w:val="13"/>
  </w:num>
  <w:num w:numId="14" w16cid:durableId="1112818984">
    <w:abstractNumId w:val="14"/>
  </w:num>
  <w:num w:numId="15" w16cid:durableId="978723723">
    <w:abstractNumId w:val="11"/>
  </w:num>
  <w:num w:numId="16" w16cid:durableId="1567296469">
    <w:abstractNumId w:val="10"/>
  </w:num>
  <w:num w:numId="17" w16cid:durableId="52934438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7159"/>
    <w:rsid w:val="00017A6D"/>
    <w:rsid w:val="00034616"/>
    <w:rsid w:val="00042E01"/>
    <w:rsid w:val="0006063C"/>
    <w:rsid w:val="00064DB2"/>
    <w:rsid w:val="0006639D"/>
    <w:rsid w:val="000729CC"/>
    <w:rsid w:val="00072F7E"/>
    <w:rsid w:val="00073107"/>
    <w:rsid w:val="00095A9F"/>
    <w:rsid w:val="000A042D"/>
    <w:rsid w:val="000C0378"/>
    <w:rsid w:val="000C1D0C"/>
    <w:rsid w:val="000C6AE2"/>
    <w:rsid w:val="000D5BAF"/>
    <w:rsid w:val="000E1B42"/>
    <w:rsid w:val="001025EF"/>
    <w:rsid w:val="001210C5"/>
    <w:rsid w:val="00130B18"/>
    <w:rsid w:val="001470AF"/>
    <w:rsid w:val="0015074B"/>
    <w:rsid w:val="001760B5"/>
    <w:rsid w:val="00197FA1"/>
    <w:rsid w:val="001A74CF"/>
    <w:rsid w:val="001B5102"/>
    <w:rsid w:val="001B58D5"/>
    <w:rsid w:val="001B7952"/>
    <w:rsid w:val="001C4246"/>
    <w:rsid w:val="001C754E"/>
    <w:rsid w:val="002014D3"/>
    <w:rsid w:val="00203FE7"/>
    <w:rsid w:val="0023736F"/>
    <w:rsid w:val="002434E4"/>
    <w:rsid w:val="00255C12"/>
    <w:rsid w:val="00257070"/>
    <w:rsid w:val="00264CD2"/>
    <w:rsid w:val="002810B7"/>
    <w:rsid w:val="002933D6"/>
    <w:rsid w:val="002940FE"/>
    <w:rsid w:val="0029639D"/>
    <w:rsid w:val="002B2B5B"/>
    <w:rsid w:val="002B7D4D"/>
    <w:rsid w:val="002C3BCA"/>
    <w:rsid w:val="002D0DE2"/>
    <w:rsid w:val="002D573B"/>
    <w:rsid w:val="002E690A"/>
    <w:rsid w:val="002F09E8"/>
    <w:rsid w:val="002F7DD1"/>
    <w:rsid w:val="0031153E"/>
    <w:rsid w:val="00317F77"/>
    <w:rsid w:val="00320E0D"/>
    <w:rsid w:val="003234C8"/>
    <w:rsid w:val="00326F90"/>
    <w:rsid w:val="003364C5"/>
    <w:rsid w:val="00342C77"/>
    <w:rsid w:val="0034488F"/>
    <w:rsid w:val="00350088"/>
    <w:rsid w:val="003638D9"/>
    <w:rsid w:val="003647AB"/>
    <w:rsid w:val="00365F9A"/>
    <w:rsid w:val="00396618"/>
    <w:rsid w:val="00397907"/>
    <w:rsid w:val="003B5D75"/>
    <w:rsid w:val="003B664D"/>
    <w:rsid w:val="003C5382"/>
    <w:rsid w:val="003D0647"/>
    <w:rsid w:val="003D32BC"/>
    <w:rsid w:val="003E2CDE"/>
    <w:rsid w:val="003E2F4F"/>
    <w:rsid w:val="003E3EC0"/>
    <w:rsid w:val="003E7421"/>
    <w:rsid w:val="003F0001"/>
    <w:rsid w:val="003F7C47"/>
    <w:rsid w:val="00410254"/>
    <w:rsid w:val="0041278C"/>
    <w:rsid w:val="00413EBD"/>
    <w:rsid w:val="00417727"/>
    <w:rsid w:val="00430389"/>
    <w:rsid w:val="00462769"/>
    <w:rsid w:val="00470390"/>
    <w:rsid w:val="004711E1"/>
    <w:rsid w:val="00471F54"/>
    <w:rsid w:val="004760D2"/>
    <w:rsid w:val="0047792A"/>
    <w:rsid w:val="00477A6B"/>
    <w:rsid w:val="004A0B23"/>
    <w:rsid w:val="004A2E7B"/>
    <w:rsid w:val="004C0764"/>
    <w:rsid w:val="004C1E01"/>
    <w:rsid w:val="004D0DE2"/>
    <w:rsid w:val="004E4FF5"/>
    <w:rsid w:val="004F4C27"/>
    <w:rsid w:val="0050173B"/>
    <w:rsid w:val="005020AF"/>
    <w:rsid w:val="005027F1"/>
    <w:rsid w:val="005164A2"/>
    <w:rsid w:val="00535B58"/>
    <w:rsid w:val="00546802"/>
    <w:rsid w:val="005650C8"/>
    <w:rsid w:val="00567DC5"/>
    <w:rsid w:val="00595983"/>
    <w:rsid w:val="0059640B"/>
    <w:rsid w:val="005A71A2"/>
    <w:rsid w:val="005B549E"/>
    <w:rsid w:val="005B6F5C"/>
    <w:rsid w:val="005C00A1"/>
    <w:rsid w:val="005D0C1D"/>
    <w:rsid w:val="005E2DE1"/>
    <w:rsid w:val="005E3362"/>
    <w:rsid w:val="005E5897"/>
    <w:rsid w:val="005E5CED"/>
    <w:rsid w:val="00602829"/>
    <w:rsid w:val="00616EA4"/>
    <w:rsid w:val="00622B78"/>
    <w:rsid w:val="00650B19"/>
    <w:rsid w:val="006602BB"/>
    <w:rsid w:val="00664928"/>
    <w:rsid w:val="006649A6"/>
    <w:rsid w:val="00666504"/>
    <w:rsid w:val="0068466B"/>
    <w:rsid w:val="0069463E"/>
    <w:rsid w:val="006B4C1B"/>
    <w:rsid w:val="006D17C8"/>
    <w:rsid w:val="00710D67"/>
    <w:rsid w:val="007246A6"/>
    <w:rsid w:val="00727006"/>
    <w:rsid w:val="00730E7C"/>
    <w:rsid w:val="007364A5"/>
    <w:rsid w:val="007454A3"/>
    <w:rsid w:val="00746160"/>
    <w:rsid w:val="00750F8B"/>
    <w:rsid w:val="007606B2"/>
    <w:rsid w:val="00780B80"/>
    <w:rsid w:val="00782FB2"/>
    <w:rsid w:val="007932B4"/>
    <w:rsid w:val="007A3BFF"/>
    <w:rsid w:val="007A7EC1"/>
    <w:rsid w:val="007B348A"/>
    <w:rsid w:val="007B7E21"/>
    <w:rsid w:val="007C2451"/>
    <w:rsid w:val="007C51D4"/>
    <w:rsid w:val="007D3CB4"/>
    <w:rsid w:val="007E14C7"/>
    <w:rsid w:val="007E4A0B"/>
    <w:rsid w:val="007F08BA"/>
    <w:rsid w:val="007F113C"/>
    <w:rsid w:val="007F300C"/>
    <w:rsid w:val="00847071"/>
    <w:rsid w:val="00855305"/>
    <w:rsid w:val="00864427"/>
    <w:rsid w:val="008741EE"/>
    <w:rsid w:val="00874728"/>
    <w:rsid w:val="008855E1"/>
    <w:rsid w:val="00887010"/>
    <w:rsid w:val="008B727A"/>
    <w:rsid w:val="008C4A55"/>
    <w:rsid w:val="008D7065"/>
    <w:rsid w:val="008E2033"/>
    <w:rsid w:val="008E2FF6"/>
    <w:rsid w:val="008E4152"/>
    <w:rsid w:val="008F023B"/>
    <w:rsid w:val="00902094"/>
    <w:rsid w:val="00903CC1"/>
    <w:rsid w:val="00904457"/>
    <w:rsid w:val="0092060B"/>
    <w:rsid w:val="00920CC6"/>
    <w:rsid w:val="00923D3A"/>
    <w:rsid w:val="0093237E"/>
    <w:rsid w:val="00961CC8"/>
    <w:rsid w:val="009666E9"/>
    <w:rsid w:val="009676AC"/>
    <w:rsid w:val="009778F1"/>
    <w:rsid w:val="0098088A"/>
    <w:rsid w:val="00980EB7"/>
    <w:rsid w:val="009836E5"/>
    <w:rsid w:val="009A458C"/>
    <w:rsid w:val="009A7365"/>
    <w:rsid w:val="009B66F1"/>
    <w:rsid w:val="009D49A9"/>
    <w:rsid w:val="009E301C"/>
    <w:rsid w:val="009E3C36"/>
    <w:rsid w:val="009F3BCA"/>
    <w:rsid w:val="00A04C1D"/>
    <w:rsid w:val="00A11B5A"/>
    <w:rsid w:val="00A407BC"/>
    <w:rsid w:val="00A462E3"/>
    <w:rsid w:val="00A64246"/>
    <w:rsid w:val="00A75BF3"/>
    <w:rsid w:val="00A80794"/>
    <w:rsid w:val="00A80A42"/>
    <w:rsid w:val="00AA153E"/>
    <w:rsid w:val="00AA1D8D"/>
    <w:rsid w:val="00AA1E6A"/>
    <w:rsid w:val="00AA3189"/>
    <w:rsid w:val="00AC51F2"/>
    <w:rsid w:val="00AC6435"/>
    <w:rsid w:val="00AD3994"/>
    <w:rsid w:val="00AD75B4"/>
    <w:rsid w:val="00AD7D53"/>
    <w:rsid w:val="00B0694B"/>
    <w:rsid w:val="00B10C87"/>
    <w:rsid w:val="00B226EF"/>
    <w:rsid w:val="00B23659"/>
    <w:rsid w:val="00B2400B"/>
    <w:rsid w:val="00B245C9"/>
    <w:rsid w:val="00B24AE6"/>
    <w:rsid w:val="00B46F67"/>
    <w:rsid w:val="00B476F0"/>
    <w:rsid w:val="00B47730"/>
    <w:rsid w:val="00B6006F"/>
    <w:rsid w:val="00B6082E"/>
    <w:rsid w:val="00B6134D"/>
    <w:rsid w:val="00B63B12"/>
    <w:rsid w:val="00B741C0"/>
    <w:rsid w:val="00B84B2A"/>
    <w:rsid w:val="00B866E1"/>
    <w:rsid w:val="00BC6BA0"/>
    <w:rsid w:val="00BC70D0"/>
    <w:rsid w:val="00BE1DD3"/>
    <w:rsid w:val="00BE696D"/>
    <w:rsid w:val="00BE730C"/>
    <w:rsid w:val="00BF1252"/>
    <w:rsid w:val="00BF6D84"/>
    <w:rsid w:val="00C028A5"/>
    <w:rsid w:val="00C05C33"/>
    <w:rsid w:val="00C17D28"/>
    <w:rsid w:val="00C240C0"/>
    <w:rsid w:val="00C25ADA"/>
    <w:rsid w:val="00C34351"/>
    <w:rsid w:val="00C41843"/>
    <w:rsid w:val="00C445DB"/>
    <w:rsid w:val="00C53E7F"/>
    <w:rsid w:val="00C6062C"/>
    <w:rsid w:val="00C6715A"/>
    <w:rsid w:val="00C814E5"/>
    <w:rsid w:val="00C90911"/>
    <w:rsid w:val="00CA5AD7"/>
    <w:rsid w:val="00CA69A9"/>
    <w:rsid w:val="00CB0664"/>
    <w:rsid w:val="00CB373C"/>
    <w:rsid w:val="00CC5801"/>
    <w:rsid w:val="00CC7FB3"/>
    <w:rsid w:val="00CD0A87"/>
    <w:rsid w:val="00CD6ABB"/>
    <w:rsid w:val="00D06C79"/>
    <w:rsid w:val="00D30A28"/>
    <w:rsid w:val="00D318CB"/>
    <w:rsid w:val="00D32646"/>
    <w:rsid w:val="00D32D49"/>
    <w:rsid w:val="00D35FDD"/>
    <w:rsid w:val="00D36DDA"/>
    <w:rsid w:val="00D43D52"/>
    <w:rsid w:val="00D57AEC"/>
    <w:rsid w:val="00D73224"/>
    <w:rsid w:val="00D763BB"/>
    <w:rsid w:val="00D92AA3"/>
    <w:rsid w:val="00D9691C"/>
    <w:rsid w:val="00DA04B7"/>
    <w:rsid w:val="00DA07EE"/>
    <w:rsid w:val="00DA56F3"/>
    <w:rsid w:val="00DA7412"/>
    <w:rsid w:val="00DB452A"/>
    <w:rsid w:val="00DC3C45"/>
    <w:rsid w:val="00DD3506"/>
    <w:rsid w:val="00DD7FE2"/>
    <w:rsid w:val="00DF7700"/>
    <w:rsid w:val="00E209BC"/>
    <w:rsid w:val="00E271DC"/>
    <w:rsid w:val="00E33AFC"/>
    <w:rsid w:val="00E4427A"/>
    <w:rsid w:val="00E64B38"/>
    <w:rsid w:val="00E6733E"/>
    <w:rsid w:val="00E922A8"/>
    <w:rsid w:val="00E9400E"/>
    <w:rsid w:val="00EC0383"/>
    <w:rsid w:val="00EC3995"/>
    <w:rsid w:val="00EC5B4C"/>
    <w:rsid w:val="00EF2022"/>
    <w:rsid w:val="00EF3C57"/>
    <w:rsid w:val="00EF57DF"/>
    <w:rsid w:val="00EF77B5"/>
    <w:rsid w:val="00F01683"/>
    <w:rsid w:val="00F03DFD"/>
    <w:rsid w:val="00F04554"/>
    <w:rsid w:val="00F115DF"/>
    <w:rsid w:val="00F14FE2"/>
    <w:rsid w:val="00F2104F"/>
    <w:rsid w:val="00F25806"/>
    <w:rsid w:val="00F317DE"/>
    <w:rsid w:val="00F6301C"/>
    <w:rsid w:val="00F812C1"/>
    <w:rsid w:val="00F85C94"/>
    <w:rsid w:val="00F87406"/>
    <w:rsid w:val="00F97756"/>
    <w:rsid w:val="00FA2D7F"/>
    <w:rsid w:val="00FC0A14"/>
    <w:rsid w:val="00FC46C7"/>
    <w:rsid w:val="00FC693F"/>
    <w:rsid w:val="00FD2585"/>
    <w:rsid w:val="00FE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0B3214"/>
  <w14:defaultImageDpi w14:val="300"/>
  <w15:docId w15:val="{23FD6F4C-C858-455B-9DE5-1FD9B6793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39"/>
    <w:qFormat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ableParagraph">
    <w:name w:val="Table Paragraph"/>
    <w:basedOn w:val="Normal"/>
    <w:uiPriority w:val="1"/>
    <w:qFormat/>
    <w:rsid w:val="00874728"/>
    <w:pPr>
      <w:spacing w:before="53" w:after="120" w:line="240" w:lineRule="auto"/>
      <w:ind w:left="170"/>
    </w:pPr>
    <w:rPr>
      <w:sz w:val="24"/>
      <w:szCs w:val="24"/>
      <w:lang w:val="de-DE" w:eastAsia="de-DE"/>
    </w:rPr>
  </w:style>
  <w:style w:type="character" w:customStyle="1" w:styleId="normaltextrun">
    <w:name w:val="normaltextrun"/>
    <w:basedOn w:val="DefaultParagraphFont"/>
    <w:rsid w:val="008747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cc78f0f0d135d745562ffaa8ae457924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2b94eaf6500f8c4668eb946769b130f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85537CE-78FF-45EE-A476-3F26F2FD2A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B01B7CB-ADC4-4E75-98C6-9FC03C4D85F2}"/>
</file>

<file path=customXml/itemProps3.xml><?xml version="1.0" encoding="utf-8"?>
<ds:datastoreItem xmlns:ds="http://schemas.openxmlformats.org/officeDocument/2006/customXml" ds:itemID="{30A8D41A-55A8-4B71-9B34-D95C3D470B0F}"/>
</file>

<file path=customXml/itemProps4.xml><?xml version="1.0" encoding="utf-8"?>
<ds:datastoreItem xmlns:ds="http://schemas.openxmlformats.org/officeDocument/2006/customXml" ds:itemID="{1456A0A5-6682-4F28-88D4-8F8B206996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Yasin Abdirahman Yusuf</cp:lastModifiedBy>
  <cp:revision>3</cp:revision>
  <dcterms:created xsi:type="dcterms:W3CDTF">2025-11-24T17:07:00Z</dcterms:created>
  <dcterms:modified xsi:type="dcterms:W3CDTF">2025-11-24T17:07:00Z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0x010100B1DB4B10F8431E4797ED915386FED4D8</vt:lpwstr>
  </property>
</Properties>
</file>